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4ED8" w14:textId="4B2B2A30" w:rsidR="003604BD" w:rsidRPr="00C5514D" w:rsidRDefault="00000000">
      <w:pPr>
        <w:jc w:val="center"/>
        <w:rPr>
          <w:sz w:val="22"/>
          <w:szCs w:val="24"/>
        </w:rPr>
      </w:pPr>
      <w:r w:rsidRPr="00C5514D">
        <w:rPr>
          <w:b/>
          <w:color w:val="562222"/>
          <w:sz w:val="52"/>
          <w:szCs w:val="24"/>
        </w:rPr>
        <w:t xml:space="preserve">WWII </w:t>
      </w:r>
      <w:r w:rsidR="00C5514D" w:rsidRPr="00C5514D">
        <w:rPr>
          <w:b/>
          <w:color w:val="562222"/>
          <w:sz w:val="52"/>
          <w:szCs w:val="24"/>
        </w:rPr>
        <w:t>RESEARCH</w:t>
      </w:r>
    </w:p>
    <w:p w14:paraId="22CB6792" w14:textId="77777777" w:rsidR="003604BD" w:rsidRPr="00C5514D" w:rsidRDefault="00000000">
      <w:pPr>
        <w:jc w:val="center"/>
        <w:rPr>
          <w:sz w:val="22"/>
          <w:szCs w:val="24"/>
        </w:rPr>
      </w:pPr>
      <w:r w:rsidRPr="00C5514D">
        <w:rPr>
          <w:b/>
          <w:sz w:val="32"/>
          <w:szCs w:val="24"/>
        </w:rPr>
        <w:t>Internet Research &amp; Copyright Challenge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604BD" w:rsidRPr="00C5514D" w14:paraId="7374C26D" w14:textId="77777777">
        <w:trPr>
          <w:jc w:val="center"/>
        </w:trPr>
        <w:tc>
          <w:tcPr>
            <w:tcW w:w="10368" w:type="dxa"/>
            <w:shd w:val="clear" w:color="auto" w:fill="F3E9E9"/>
          </w:tcPr>
          <w:p w14:paraId="723FBB76" w14:textId="51FE4F39" w:rsidR="00EF2B25" w:rsidRPr="00C5514D" w:rsidRDefault="00000000" w:rsidP="00EF2B25">
            <w:pPr>
              <w:rPr>
                <w:sz w:val="22"/>
                <w:szCs w:val="24"/>
              </w:rPr>
            </w:pPr>
            <w:r w:rsidRPr="00C5514D">
              <w:rPr>
                <w:rFonts w:ascii="Segoe UI Symbol" w:hAnsi="Segoe UI Symbol" w:cs="Segoe UI Symbol"/>
                <w:b/>
                <w:sz w:val="24"/>
                <w:szCs w:val="24"/>
              </w:rPr>
              <w:t>⏱</w:t>
            </w:r>
            <w:r w:rsidRPr="00C5514D">
              <w:rPr>
                <w:b/>
                <w:sz w:val="24"/>
                <w:szCs w:val="24"/>
              </w:rPr>
              <w:t xml:space="preserve"> Your mission: 55 minutes</w:t>
            </w:r>
            <w:r w:rsidRPr="00C5514D">
              <w:rPr>
                <w:sz w:val="22"/>
                <w:szCs w:val="24"/>
              </w:rPr>
              <w:br/>
              <w:t xml:space="preserve">Research one aspect of World War II, find </w:t>
            </w:r>
            <w:r w:rsidRPr="00C5514D">
              <w:rPr>
                <w:b/>
                <w:bCs/>
                <w:sz w:val="22"/>
                <w:szCs w:val="24"/>
              </w:rPr>
              <w:t>reliable</w:t>
            </w:r>
            <w:r w:rsidRPr="00C5514D">
              <w:rPr>
                <w:sz w:val="22"/>
                <w:szCs w:val="24"/>
              </w:rPr>
              <w:t xml:space="preserve"> information from the internet, locate a re</w:t>
            </w:r>
            <w:r w:rsidR="00C5514D" w:rsidRPr="00C5514D">
              <w:rPr>
                <w:sz w:val="22"/>
                <w:szCs w:val="24"/>
              </w:rPr>
              <w:t>-</w:t>
            </w:r>
            <w:r w:rsidRPr="00C5514D">
              <w:rPr>
                <w:sz w:val="22"/>
                <w:szCs w:val="24"/>
              </w:rPr>
              <w:t>usable historical image, and record your sources. You are working as a digital historian</w:t>
            </w:r>
            <w:r w:rsidR="00EF2B25" w:rsidRPr="00C5514D">
              <w:rPr>
                <w:sz w:val="22"/>
                <w:szCs w:val="24"/>
              </w:rPr>
              <w:t>.</w:t>
            </w:r>
          </w:p>
          <w:p w14:paraId="7051213B" w14:textId="1207A065" w:rsidR="00EF2B25" w:rsidRPr="00C5514D" w:rsidRDefault="00EF2B25" w:rsidP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4"/>
                <w:szCs w:val="24"/>
              </w:rPr>
              <w:t>Remember: SEARCH → CHECK → CROSS-CHECK → RECORD → CREDIT</w:t>
            </w:r>
            <w:r w:rsidRPr="00C5514D">
              <w:rPr>
                <w:sz w:val="22"/>
                <w:szCs w:val="24"/>
              </w:rPr>
              <w:br/>
              <w:t>Good digital historians do not simply believe the first thing they find. They investigate, compare and give credit to other people's work.</w:t>
            </w:r>
          </w:p>
        </w:tc>
      </w:tr>
    </w:tbl>
    <w:p w14:paraId="6153C250" w14:textId="5DDB4B10" w:rsidR="003604BD" w:rsidRPr="00C5514D" w:rsidRDefault="00000000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 xml:space="preserve">1. Choose your topic  </w:t>
      </w:r>
    </w:p>
    <w:p w14:paraId="6552547F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Choose ONE topic: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3604BD" w:rsidRPr="00C5514D" w14:paraId="227FA65F" w14:textId="77777777">
        <w:trPr>
          <w:jc w:val="center"/>
        </w:trPr>
        <w:tc>
          <w:tcPr>
            <w:tcW w:w="2074" w:type="dxa"/>
            <w:shd w:val="clear" w:color="auto" w:fill="F7F7F7"/>
            <w:vAlign w:val="center"/>
          </w:tcPr>
          <w:p w14:paraId="22807962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Life on the Home Front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35BD77FF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The Battle of Britain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40B151D8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Rationing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6D9DADFF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Propaganda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55290A5E" w14:textId="68B6BFB5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 xml:space="preserve">☐ </w:t>
            </w:r>
            <w:r w:rsidR="00180A50" w:rsidRPr="00C5514D">
              <w:rPr>
                <w:sz w:val="20"/>
                <w:szCs w:val="24"/>
              </w:rPr>
              <w:t xml:space="preserve">Evacuees </w:t>
            </w:r>
            <w:r w:rsidRPr="00C5514D">
              <w:rPr>
                <w:sz w:val="20"/>
                <w:szCs w:val="24"/>
              </w:rPr>
              <w:t>during WWII</w:t>
            </w:r>
          </w:p>
        </w:tc>
      </w:tr>
      <w:tr w:rsidR="003604BD" w:rsidRPr="00C5514D" w14:paraId="6B6303F6" w14:textId="77777777">
        <w:trPr>
          <w:jc w:val="center"/>
        </w:trPr>
        <w:tc>
          <w:tcPr>
            <w:tcW w:w="2074" w:type="dxa"/>
            <w:shd w:val="clear" w:color="auto" w:fill="F7F7F7"/>
            <w:vAlign w:val="center"/>
          </w:tcPr>
          <w:p w14:paraId="161E4569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The Blitz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225977C8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D-Day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5D54F4B1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Women during WWII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1F3C1D9E" w14:textId="77777777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☐ Spies and Codebreaking</w:t>
            </w:r>
          </w:p>
        </w:tc>
        <w:tc>
          <w:tcPr>
            <w:tcW w:w="2074" w:type="dxa"/>
            <w:shd w:val="clear" w:color="auto" w:fill="F7F7F7"/>
            <w:vAlign w:val="center"/>
          </w:tcPr>
          <w:p w14:paraId="6048FEC7" w14:textId="45E55F37" w:rsidR="003604BD" w:rsidRPr="00C5514D" w:rsidRDefault="003604BD">
            <w:pPr>
              <w:rPr>
                <w:sz w:val="22"/>
                <w:szCs w:val="24"/>
              </w:rPr>
            </w:pPr>
          </w:p>
        </w:tc>
      </w:tr>
    </w:tbl>
    <w:p w14:paraId="0E63273A" w14:textId="0673A812" w:rsidR="00EF2B25" w:rsidRPr="00C5514D" w:rsidRDefault="00EF2B25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 xml:space="preserve">2. Load </w:t>
      </w:r>
      <w:r w:rsidR="00C5514D" w:rsidRPr="00C5514D">
        <w:rPr>
          <w:rFonts w:ascii="Aptos" w:hAnsi="Aptos"/>
          <w:sz w:val="36"/>
          <w:szCs w:val="32"/>
        </w:rPr>
        <w:t xml:space="preserve">a new </w:t>
      </w:r>
      <w:r w:rsidRPr="00C5514D">
        <w:rPr>
          <w:rFonts w:ascii="Aptos" w:hAnsi="Aptos"/>
          <w:sz w:val="36"/>
          <w:szCs w:val="32"/>
        </w:rPr>
        <w:t xml:space="preserve">PowerPoint to present </w:t>
      </w:r>
      <w:proofErr w:type="gramStart"/>
      <w:r w:rsidRPr="00C5514D">
        <w:rPr>
          <w:rFonts w:ascii="Aptos" w:hAnsi="Aptos"/>
          <w:sz w:val="36"/>
          <w:szCs w:val="32"/>
        </w:rPr>
        <w:t>all of</w:t>
      </w:r>
      <w:proofErr w:type="gramEnd"/>
      <w:r w:rsidRPr="00C5514D">
        <w:rPr>
          <w:rFonts w:ascii="Aptos" w:hAnsi="Aptos"/>
          <w:sz w:val="36"/>
          <w:szCs w:val="32"/>
        </w:rPr>
        <w:t xml:space="preserve"> your research in </w:t>
      </w:r>
    </w:p>
    <w:p w14:paraId="509BF53E" w14:textId="6A075E33" w:rsidR="003604BD" w:rsidRPr="00C5514D" w:rsidRDefault="00C5514D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>3</w:t>
      </w:r>
      <w:r w:rsidR="00000000" w:rsidRPr="00C5514D">
        <w:rPr>
          <w:rFonts w:ascii="Aptos" w:hAnsi="Aptos"/>
          <w:sz w:val="36"/>
          <w:szCs w:val="32"/>
        </w:rPr>
        <w:t xml:space="preserve">. Research like a historian  </w:t>
      </w:r>
    </w:p>
    <w:p w14:paraId="0A1C358D" w14:textId="32C74A25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Use at least THREE different websites.</w:t>
      </w:r>
      <w:r w:rsidR="00EF2B25" w:rsidRPr="00C5514D">
        <w:rPr>
          <w:sz w:val="22"/>
          <w:szCs w:val="24"/>
        </w:rPr>
        <w:t xml:space="preserve"> Read, understand and write the information in your own words.</w:t>
      </w:r>
      <w:r w:rsidRPr="00C5514D">
        <w:rPr>
          <w:sz w:val="22"/>
          <w:szCs w:val="24"/>
        </w:rPr>
        <w:t xml:space="preserve"> Do not copy and paste whole </w:t>
      </w:r>
      <w:r w:rsidR="00EF2B25" w:rsidRPr="00C5514D">
        <w:rPr>
          <w:sz w:val="22"/>
          <w:szCs w:val="24"/>
        </w:rPr>
        <w:t>paragraphs without stating the source</w:t>
      </w:r>
      <w:r w:rsidRPr="00C5514D">
        <w:rPr>
          <w:sz w:val="22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9922"/>
      </w:tblGrid>
      <w:tr w:rsidR="00EF2B25" w:rsidRPr="00C5514D" w14:paraId="5E2FD232" w14:textId="77777777" w:rsidTr="00EF2B25">
        <w:tc>
          <w:tcPr>
            <w:tcW w:w="534" w:type="dxa"/>
            <w:shd w:val="clear" w:color="auto" w:fill="D9EAF7"/>
            <w:vAlign w:val="center"/>
          </w:tcPr>
          <w:p w14:paraId="773F1685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#</w:t>
            </w:r>
          </w:p>
        </w:tc>
        <w:tc>
          <w:tcPr>
            <w:tcW w:w="9922" w:type="dxa"/>
            <w:shd w:val="clear" w:color="auto" w:fill="D9EAF7"/>
            <w:vAlign w:val="center"/>
          </w:tcPr>
          <w:p w14:paraId="4A4FE447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Research question</w:t>
            </w:r>
          </w:p>
        </w:tc>
      </w:tr>
      <w:tr w:rsidR="00EF2B25" w:rsidRPr="00C5514D" w14:paraId="2067A2E5" w14:textId="77777777" w:rsidTr="00EF2B25">
        <w:tc>
          <w:tcPr>
            <w:tcW w:w="534" w:type="dxa"/>
            <w:vAlign w:val="center"/>
          </w:tcPr>
          <w:p w14:paraId="6B9FB5C8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1</w:t>
            </w:r>
          </w:p>
        </w:tc>
        <w:tc>
          <w:tcPr>
            <w:tcW w:w="9922" w:type="dxa"/>
            <w:vAlign w:val="center"/>
          </w:tcPr>
          <w:p w14:paraId="690DAFE4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What was it?</w:t>
            </w:r>
          </w:p>
        </w:tc>
      </w:tr>
      <w:tr w:rsidR="00EF2B25" w:rsidRPr="00C5514D" w14:paraId="137DA001" w14:textId="77777777" w:rsidTr="00EF2B25">
        <w:tc>
          <w:tcPr>
            <w:tcW w:w="534" w:type="dxa"/>
            <w:vAlign w:val="center"/>
          </w:tcPr>
          <w:p w14:paraId="42E0E5B6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2</w:t>
            </w:r>
          </w:p>
        </w:tc>
        <w:tc>
          <w:tcPr>
            <w:tcW w:w="9922" w:type="dxa"/>
            <w:vAlign w:val="center"/>
          </w:tcPr>
          <w:p w14:paraId="48D94BA3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When did it happen?</w:t>
            </w:r>
          </w:p>
        </w:tc>
      </w:tr>
      <w:tr w:rsidR="00EF2B25" w:rsidRPr="00C5514D" w14:paraId="035AB535" w14:textId="77777777" w:rsidTr="00EF2B25">
        <w:tc>
          <w:tcPr>
            <w:tcW w:w="534" w:type="dxa"/>
            <w:vAlign w:val="center"/>
          </w:tcPr>
          <w:p w14:paraId="556FF9FD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3</w:t>
            </w:r>
          </w:p>
        </w:tc>
        <w:tc>
          <w:tcPr>
            <w:tcW w:w="9922" w:type="dxa"/>
            <w:vAlign w:val="center"/>
          </w:tcPr>
          <w:p w14:paraId="43D63E85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Where did it happen?</w:t>
            </w:r>
          </w:p>
        </w:tc>
      </w:tr>
      <w:tr w:rsidR="00EF2B25" w:rsidRPr="00C5514D" w14:paraId="5AD85EE3" w14:textId="77777777" w:rsidTr="00EF2B25">
        <w:tc>
          <w:tcPr>
            <w:tcW w:w="534" w:type="dxa"/>
            <w:vAlign w:val="center"/>
          </w:tcPr>
          <w:p w14:paraId="49E676F6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4</w:t>
            </w:r>
          </w:p>
        </w:tc>
        <w:tc>
          <w:tcPr>
            <w:tcW w:w="9922" w:type="dxa"/>
            <w:vAlign w:val="center"/>
          </w:tcPr>
          <w:p w14:paraId="296EAADD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Who was involved?</w:t>
            </w:r>
          </w:p>
        </w:tc>
      </w:tr>
      <w:tr w:rsidR="00EF2B25" w:rsidRPr="00C5514D" w14:paraId="43D0970F" w14:textId="77777777" w:rsidTr="00EF2B25">
        <w:tc>
          <w:tcPr>
            <w:tcW w:w="534" w:type="dxa"/>
            <w:vAlign w:val="center"/>
          </w:tcPr>
          <w:p w14:paraId="39BD183C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5</w:t>
            </w:r>
          </w:p>
        </w:tc>
        <w:tc>
          <w:tcPr>
            <w:tcW w:w="9922" w:type="dxa"/>
            <w:vAlign w:val="center"/>
          </w:tcPr>
          <w:p w14:paraId="2657939C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Why was it important?</w:t>
            </w:r>
          </w:p>
        </w:tc>
      </w:tr>
      <w:tr w:rsidR="00EF2B25" w:rsidRPr="00C5514D" w14:paraId="0E0F475A" w14:textId="77777777" w:rsidTr="00EF2B25">
        <w:tc>
          <w:tcPr>
            <w:tcW w:w="534" w:type="dxa"/>
            <w:vAlign w:val="center"/>
          </w:tcPr>
          <w:p w14:paraId="343FFC88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6</w:t>
            </w:r>
          </w:p>
        </w:tc>
        <w:tc>
          <w:tcPr>
            <w:tcW w:w="9922" w:type="dxa"/>
            <w:vAlign w:val="center"/>
          </w:tcPr>
          <w:p w14:paraId="15C7BE55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What was it like for ordinary people?</w:t>
            </w:r>
          </w:p>
        </w:tc>
      </w:tr>
      <w:tr w:rsidR="00EF2B25" w:rsidRPr="00C5514D" w14:paraId="1F4E5B05" w14:textId="77777777" w:rsidTr="00EF2B25">
        <w:tc>
          <w:tcPr>
            <w:tcW w:w="534" w:type="dxa"/>
            <w:vAlign w:val="center"/>
          </w:tcPr>
          <w:p w14:paraId="7B310FB3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b/>
                <w:sz w:val="20"/>
                <w:szCs w:val="24"/>
              </w:rPr>
              <w:t>7</w:t>
            </w:r>
          </w:p>
        </w:tc>
        <w:tc>
          <w:tcPr>
            <w:tcW w:w="9922" w:type="dxa"/>
            <w:vAlign w:val="center"/>
          </w:tcPr>
          <w:p w14:paraId="24343539" w14:textId="77777777" w:rsidR="00EF2B25" w:rsidRPr="00C5514D" w:rsidRDefault="00EF2B25">
            <w:pPr>
              <w:rPr>
                <w:sz w:val="22"/>
                <w:szCs w:val="24"/>
              </w:rPr>
            </w:pPr>
            <w:r w:rsidRPr="00C5514D">
              <w:rPr>
                <w:sz w:val="20"/>
                <w:szCs w:val="24"/>
              </w:rPr>
              <w:t>What is one surprising or unusual fact?</w:t>
            </w:r>
          </w:p>
        </w:tc>
      </w:tr>
    </w:tbl>
    <w:p w14:paraId="1C0694BB" w14:textId="4EFC557C" w:rsidR="003604BD" w:rsidRPr="00C5514D" w:rsidRDefault="00C5514D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>4</w:t>
      </w:r>
      <w:r w:rsidR="00000000" w:rsidRPr="00C5514D">
        <w:rPr>
          <w:rFonts w:ascii="Aptos" w:hAnsi="Aptos"/>
          <w:sz w:val="36"/>
          <w:szCs w:val="32"/>
        </w:rPr>
        <w:t xml:space="preserve">. Website detective  </w:t>
      </w:r>
    </w:p>
    <w:p w14:paraId="4384801B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Before trusting a website, ask: WHO made it? WHY was it made? Is there evidence? Can I check the information somewhere else?</w:t>
      </w:r>
    </w:p>
    <w:p w14:paraId="696338F7" w14:textId="58383B5F" w:rsidR="003604BD" w:rsidRPr="00C5514D" w:rsidRDefault="00C5514D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lastRenderedPageBreak/>
        <w:t>5</w:t>
      </w:r>
      <w:r w:rsidR="00000000" w:rsidRPr="00C5514D">
        <w:rPr>
          <w:rFonts w:ascii="Aptos" w:hAnsi="Aptos"/>
          <w:sz w:val="36"/>
          <w:szCs w:val="32"/>
        </w:rPr>
        <w:t xml:space="preserve">. The copyright challenge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604BD" w:rsidRPr="00C5514D" w14:paraId="2F493A4B" w14:textId="77777777">
        <w:trPr>
          <w:jc w:val="center"/>
        </w:trPr>
        <w:tc>
          <w:tcPr>
            <w:tcW w:w="10368" w:type="dxa"/>
            <w:shd w:val="clear" w:color="auto" w:fill="FFF2CC"/>
          </w:tcPr>
          <w:p w14:paraId="1E8D56D7" w14:textId="1BC02E74" w:rsidR="003604BD" w:rsidRPr="00C5514D" w:rsidRDefault="00000000">
            <w:pPr>
              <w:rPr>
                <w:sz w:val="22"/>
                <w:szCs w:val="24"/>
              </w:rPr>
            </w:pPr>
            <w:r w:rsidRPr="00C5514D">
              <w:rPr>
                <w:b/>
                <w:sz w:val="24"/>
                <w:szCs w:val="24"/>
              </w:rPr>
              <w:t>STOP! Google</w:t>
            </w:r>
            <w:r w:rsidR="00EF2B25" w:rsidRPr="00C5514D">
              <w:rPr>
                <w:b/>
                <w:sz w:val="24"/>
                <w:szCs w:val="24"/>
              </w:rPr>
              <w:t>/Swiggle</w:t>
            </w:r>
            <w:r w:rsidRPr="00C5514D">
              <w:rPr>
                <w:b/>
                <w:sz w:val="24"/>
                <w:szCs w:val="24"/>
              </w:rPr>
              <w:t xml:space="preserve"> Images does NOT mean 'free to use'.</w:t>
            </w:r>
            <w:r w:rsidRPr="00C5514D">
              <w:rPr>
                <w:sz w:val="22"/>
                <w:szCs w:val="24"/>
              </w:rPr>
              <w:br/>
              <w:t>An image can belong to someone even if you can see it online. Find an image with a clear re</w:t>
            </w:r>
            <w:r w:rsidR="00C5514D" w:rsidRPr="00C5514D">
              <w:rPr>
                <w:sz w:val="22"/>
                <w:szCs w:val="24"/>
              </w:rPr>
              <w:t>-</w:t>
            </w:r>
            <w:r w:rsidRPr="00C5514D">
              <w:rPr>
                <w:sz w:val="22"/>
                <w:szCs w:val="24"/>
              </w:rPr>
              <w:t xml:space="preserve">use status, such as </w:t>
            </w:r>
            <w:r w:rsidR="00C5514D" w:rsidRPr="00C5514D">
              <w:rPr>
                <w:sz w:val="22"/>
                <w:szCs w:val="24"/>
              </w:rPr>
              <w:t>royalty free</w:t>
            </w:r>
            <w:r w:rsidRPr="00C5514D">
              <w:rPr>
                <w:sz w:val="22"/>
                <w:szCs w:val="24"/>
              </w:rPr>
              <w:t xml:space="preserve">, </w:t>
            </w:r>
            <w:r w:rsidR="00EF2B25" w:rsidRPr="00C5514D">
              <w:rPr>
                <w:sz w:val="22"/>
                <w:szCs w:val="24"/>
              </w:rPr>
              <w:t>copyright free</w:t>
            </w:r>
            <w:r w:rsidRPr="00C5514D">
              <w:rPr>
                <w:sz w:val="22"/>
                <w:szCs w:val="24"/>
              </w:rPr>
              <w:t xml:space="preserve"> or an appropriate Creative Commons licence.</w:t>
            </w:r>
          </w:p>
        </w:tc>
      </w:tr>
    </w:tbl>
    <w:p w14:paraId="4AC41B79" w14:textId="46B0F672" w:rsidR="003604BD" w:rsidRPr="00C5514D" w:rsidRDefault="00C5514D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>6</w:t>
      </w:r>
      <w:r w:rsidR="00000000" w:rsidRPr="00C5514D">
        <w:rPr>
          <w:rFonts w:ascii="Aptos" w:hAnsi="Aptos"/>
          <w:sz w:val="36"/>
          <w:szCs w:val="32"/>
        </w:rPr>
        <w:t xml:space="preserve">. Give credit  </w:t>
      </w:r>
    </w:p>
    <w:p w14:paraId="605ECAA5" w14:textId="0857DF23" w:rsidR="003604BD" w:rsidRPr="00C5514D" w:rsidRDefault="00EF2B25">
      <w:pPr>
        <w:rPr>
          <w:sz w:val="22"/>
          <w:szCs w:val="24"/>
        </w:rPr>
      </w:pPr>
      <w:r w:rsidRPr="00C5514D">
        <w:rPr>
          <w:sz w:val="22"/>
          <w:szCs w:val="24"/>
        </w:rPr>
        <w:t>For all additional images, make sure you give the creator/owner credit by acknowledging them.</w:t>
      </w:r>
    </w:p>
    <w:p w14:paraId="7601F12D" w14:textId="148FD2BD" w:rsidR="003604BD" w:rsidRPr="00C5514D" w:rsidRDefault="00C5514D">
      <w:pPr>
        <w:pStyle w:val="Heading1"/>
        <w:rPr>
          <w:rFonts w:ascii="Aptos" w:hAnsi="Aptos"/>
          <w:sz w:val="36"/>
          <w:szCs w:val="32"/>
        </w:rPr>
      </w:pPr>
      <w:r w:rsidRPr="00C5514D">
        <w:rPr>
          <w:rFonts w:ascii="Aptos" w:hAnsi="Aptos"/>
          <w:sz w:val="36"/>
          <w:szCs w:val="32"/>
        </w:rPr>
        <w:t>7</w:t>
      </w:r>
      <w:r w:rsidR="00000000" w:rsidRPr="00C5514D">
        <w:rPr>
          <w:rFonts w:ascii="Aptos" w:hAnsi="Aptos"/>
          <w:sz w:val="36"/>
          <w:szCs w:val="32"/>
        </w:rPr>
        <w:t xml:space="preserve">. Final museum exhibit checklist  </w:t>
      </w:r>
    </w:p>
    <w:p w14:paraId="438E4482" w14:textId="23B86609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answered at least six research questions</w:t>
      </w:r>
      <w:r w:rsidR="00EF2B25" w:rsidRPr="00C5514D">
        <w:rPr>
          <w:sz w:val="22"/>
          <w:szCs w:val="24"/>
        </w:rPr>
        <w:t xml:space="preserve"> within my work.</w:t>
      </w:r>
    </w:p>
    <w:p w14:paraId="43E6FE20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used information from at least three websites.</w:t>
      </w:r>
    </w:p>
    <w:p w14:paraId="0FAFF5BC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wrote the information in my own words.</w:t>
      </w:r>
    </w:p>
    <w:p w14:paraId="6C72D42F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checked whether my websites were reliable.</w:t>
      </w:r>
    </w:p>
    <w:p w14:paraId="0C42F355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found an image with a clear reuse status.</w:t>
      </w:r>
    </w:p>
    <w:p w14:paraId="15296D26" w14:textId="4AC639A1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 xml:space="preserve">☐ </w:t>
      </w:r>
      <w:r w:rsidR="00EF2B25" w:rsidRPr="00C5514D">
        <w:rPr>
          <w:sz w:val="22"/>
          <w:szCs w:val="24"/>
        </w:rPr>
        <w:t>For all additional images I</w:t>
      </w:r>
      <w:r w:rsidRPr="00C5514D">
        <w:rPr>
          <w:sz w:val="22"/>
          <w:szCs w:val="24"/>
        </w:rPr>
        <w:t xml:space="preserve"> credited the image</w:t>
      </w:r>
      <w:r w:rsidR="00EF2B25" w:rsidRPr="00C5514D">
        <w:rPr>
          <w:sz w:val="22"/>
          <w:szCs w:val="24"/>
        </w:rPr>
        <w:t>’s creator</w:t>
      </w:r>
      <w:r w:rsidRPr="00C5514D">
        <w:rPr>
          <w:sz w:val="22"/>
          <w:szCs w:val="24"/>
        </w:rPr>
        <w:t>.</w:t>
      </w:r>
    </w:p>
    <w:p w14:paraId="714CF849" w14:textId="77777777" w:rsidR="003604BD" w:rsidRPr="00C5514D" w:rsidRDefault="00000000">
      <w:pPr>
        <w:rPr>
          <w:sz w:val="22"/>
          <w:szCs w:val="24"/>
        </w:rPr>
      </w:pPr>
      <w:r w:rsidRPr="00C5514D">
        <w:rPr>
          <w:sz w:val="22"/>
          <w:szCs w:val="24"/>
        </w:rPr>
        <w:t>☐ I recorded the links to my sources.</w:t>
      </w:r>
    </w:p>
    <w:sectPr w:rsidR="003604BD" w:rsidRPr="00C5514D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5832B" w14:textId="77777777" w:rsidR="00BE0F10" w:rsidRDefault="00BE0F10">
      <w:pPr>
        <w:spacing w:after="0" w:line="240" w:lineRule="auto"/>
      </w:pPr>
      <w:r>
        <w:separator/>
      </w:r>
    </w:p>
  </w:endnote>
  <w:endnote w:type="continuationSeparator" w:id="0">
    <w:p w14:paraId="180F30C9" w14:textId="77777777" w:rsidR="00BE0F10" w:rsidRDefault="00BE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F9FB" w14:textId="77777777" w:rsidR="003604BD" w:rsidRDefault="00000000">
    <w:pPr>
      <w:pStyle w:val="Footer"/>
      <w:jc w:val="center"/>
    </w:pPr>
    <w:r>
      <w:rPr>
        <w:color w:val="646464"/>
        <w:sz w:val="16"/>
      </w:rPr>
      <w:t>Year 6 Computing &amp; History • WWII Digital Historian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25EF" w14:textId="77777777" w:rsidR="00BE0F10" w:rsidRDefault="00BE0F10">
      <w:pPr>
        <w:spacing w:after="0" w:line="240" w:lineRule="auto"/>
      </w:pPr>
      <w:r>
        <w:separator/>
      </w:r>
    </w:p>
  </w:footnote>
  <w:footnote w:type="continuationSeparator" w:id="0">
    <w:p w14:paraId="777F9B22" w14:textId="77777777" w:rsidR="00BE0F10" w:rsidRDefault="00BE0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6541804">
    <w:abstractNumId w:val="8"/>
  </w:num>
  <w:num w:numId="2" w16cid:durableId="1314986891">
    <w:abstractNumId w:val="6"/>
  </w:num>
  <w:num w:numId="3" w16cid:durableId="178855060">
    <w:abstractNumId w:val="5"/>
  </w:num>
  <w:num w:numId="4" w16cid:durableId="1892615971">
    <w:abstractNumId w:val="4"/>
  </w:num>
  <w:num w:numId="5" w16cid:durableId="88354232">
    <w:abstractNumId w:val="7"/>
  </w:num>
  <w:num w:numId="6" w16cid:durableId="579757004">
    <w:abstractNumId w:val="3"/>
  </w:num>
  <w:num w:numId="7" w16cid:durableId="2136243306">
    <w:abstractNumId w:val="2"/>
  </w:num>
  <w:num w:numId="8" w16cid:durableId="1919440562">
    <w:abstractNumId w:val="1"/>
  </w:num>
  <w:num w:numId="9" w16cid:durableId="182073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A50"/>
    <w:rsid w:val="0029639D"/>
    <w:rsid w:val="002E50FB"/>
    <w:rsid w:val="00326F90"/>
    <w:rsid w:val="003604BD"/>
    <w:rsid w:val="004C7862"/>
    <w:rsid w:val="00627B8A"/>
    <w:rsid w:val="00AA1D8D"/>
    <w:rsid w:val="00B47730"/>
    <w:rsid w:val="00BE0F10"/>
    <w:rsid w:val="00C5514D"/>
    <w:rsid w:val="00CB0664"/>
    <w:rsid w:val="00EF2B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445ED"/>
  <w14:defaultImageDpi w14:val="300"/>
  <w15:docId w15:val="{7FA3F3A9-4C64-4B79-B687-5F359911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Hayley Stapleton</cp:lastModifiedBy>
  <cp:revision>2</cp:revision>
  <dcterms:created xsi:type="dcterms:W3CDTF">2026-09-29T19:14:00Z</dcterms:created>
  <dcterms:modified xsi:type="dcterms:W3CDTF">2026-09-29T19:14:00Z</dcterms:modified>
  <cp:category/>
</cp:coreProperties>
</file>