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AEB04" w14:textId="77777777" w:rsidR="00125F5A" w:rsidRDefault="00000000">
      <w:pPr>
        <w:jc w:val="center"/>
      </w:pPr>
      <w:r>
        <w:rPr>
          <w:b/>
          <w:sz w:val="48"/>
        </w:rPr>
        <w:t>🪨 STONE AGE WEB QUEST</w:t>
      </w:r>
    </w:p>
    <w:p w14:paraId="4576B944" w14:textId="77777777" w:rsidR="00125F5A" w:rsidRDefault="00000000">
      <w:pPr>
        <w:jc w:val="center"/>
      </w:pPr>
      <w:r>
        <w:rPr>
          <w:b/>
          <w:sz w:val="36"/>
        </w:rPr>
        <w:t>🔎 SEARCH  →  📖 READ  →  ✏️ WRITE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125F5A" w14:paraId="1677E148" w14:textId="77777777">
        <w:tc>
          <w:tcPr>
            <w:tcW w:w="10656" w:type="dxa"/>
            <w:shd w:val="clear" w:color="auto" w:fill="EAF4F4"/>
            <w:vAlign w:val="center"/>
          </w:tcPr>
          <w:p w14:paraId="76AE441C" w14:textId="77777777" w:rsidR="00125F5A" w:rsidRDefault="00000000">
            <w:pPr>
              <w:jc w:val="center"/>
            </w:pPr>
            <w:r>
              <w:rPr>
                <w:sz w:val="68"/>
              </w:rPr>
              <w:t>💻</w:t>
            </w:r>
            <w:r>
              <w:rPr>
                <w:sz w:val="68"/>
              </w:rPr>
              <w:br/>
            </w:r>
            <w:r>
              <w:rPr>
                <w:b/>
                <w:sz w:val="32"/>
              </w:rPr>
              <w:t>Use a search engine.</w:t>
            </w:r>
            <w:r>
              <w:rPr>
                <w:b/>
                <w:sz w:val="32"/>
              </w:rPr>
              <w:br/>
              <w:t>Type SHORT SEARCH WORDS.</w:t>
            </w:r>
          </w:p>
        </w:tc>
      </w:tr>
    </w:tbl>
    <w:p w14:paraId="75FC0D8D" w14:textId="77777777" w:rsidR="00125F5A" w:rsidRPr="00CD0138" w:rsidRDefault="00000000">
      <w:pPr>
        <w:jc w:val="center"/>
        <w:rPr>
          <w:i/>
          <w:iCs/>
        </w:rPr>
      </w:pPr>
      <w:r w:rsidRPr="00CD0138">
        <w:rPr>
          <w:b/>
          <w:i/>
          <w:iCs/>
          <w:sz w:val="32"/>
        </w:rPr>
        <w:t>Try</w:t>
      </w:r>
      <w:proofErr w:type="gramStart"/>
      <w:r w:rsidRPr="00CD0138">
        <w:rPr>
          <w:b/>
          <w:i/>
          <w:iCs/>
          <w:sz w:val="32"/>
        </w:rPr>
        <w:t>:  “</w:t>
      </w:r>
      <w:proofErr w:type="gramEnd"/>
      <w:r w:rsidRPr="00CD0138">
        <w:rPr>
          <w:b/>
          <w:i/>
          <w:iCs/>
          <w:sz w:val="32"/>
        </w:rPr>
        <w:t>Stone Age houses”</w:t>
      </w:r>
    </w:p>
    <w:p w14:paraId="61A0D793" w14:textId="77777777" w:rsidR="00125F5A" w:rsidRPr="00CD0138" w:rsidRDefault="00000000">
      <w:pPr>
        <w:jc w:val="center"/>
        <w:rPr>
          <w:i/>
          <w:iCs/>
        </w:rPr>
      </w:pPr>
      <w:r w:rsidRPr="00CD0138">
        <w:rPr>
          <w:i/>
          <w:iCs/>
          <w:sz w:val="24"/>
        </w:rPr>
        <w:t>Not: “What did Stone Age people use to make houses?”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125F5A" w14:paraId="7844AD7A" w14:textId="77777777">
        <w:tc>
          <w:tcPr>
            <w:tcW w:w="10656" w:type="dxa"/>
            <w:shd w:val="clear" w:color="auto" w:fill="EAF4F4"/>
            <w:vAlign w:val="center"/>
          </w:tcPr>
          <w:p w14:paraId="727B1E42" w14:textId="77777777" w:rsidR="00125F5A" w:rsidRDefault="00000000">
            <w:pPr>
              <w:jc w:val="center"/>
            </w:pPr>
            <w:r>
              <w:rPr>
                <w:sz w:val="68"/>
              </w:rPr>
              <w:t>🪨</w:t>
            </w:r>
            <w:r>
              <w:rPr>
                <w:sz w:val="68"/>
              </w:rPr>
              <w:br/>
            </w:r>
            <w:r>
              <w:rPr>
                <w:b/>
                <w:sz w:val="32"/>
              </w:rPr>
              <w:t>CHALLENGE 1</w:t>
            </w:r>
            <w:r>
              <w:rPr>
                <w:b/>
                <w:sz w:val="32"/>
              </w:rPr>
              <w:br/>
              <w:t>WHEN WAS THE STONE AGE?</w:t>
            </w:r>
          </w:p>
        </w:tc>
      </w:tr>
    </w:tbl>
    <w:p w14:paraId="7DC029E9" w14:textId="77777777" w:rsidR="00125F5A" w:rsidRDefault="00125F5A"/>
    <w:p w14:paraId="5014D4F1" w14:textId="77777777" w:rsidR="00125F5A" w:rsidRDefault="00000000">
      <w:r>
        <w:rPr>
          <w:b/>
        </w:rPr>
        <w:t>🔎 Search:  Stone Age dates</w:t>
      </w:r>
    </w:p>
    <w:p w14:paraId="4A3A00C9" w14:textId="77777777" w:rsidR="00125F5A" w:rsidRDefault="00000000">
      <w:r>
        <w:rPr>
          <w:b/>
        </w:rPr>
        <w:t>📅 Start:</w:t>
      </w:r>
    </w:p>
    <w:p w14:paraId="2E3CF3B1" w14:textId="77777777" w:rsidR="00125F5A" w:rsidRDefault="00000000">
      <w:r>
        <w:rPr>
          <w:b/>
        </w:rPr>
        <w:t>✏️ My answer:</w:t>
      </w:r>
    </w:p>
    <w:p w14:paraId="7AF92C43" w14:textId="77777777" w:rsidR="001A5BD5" w:rsidRDefault="001A5BD5"/>
    <w:p w14:paraId="6697D327" w14:textId="36692690" w:rsidR="00125F5A" w:rsidRDefault="00000000">
      <w:r>
        <w:rPr>
          <w:b/>
        </w:rPr>
        <w:t>📅 End:</w:t>
      </w:r>
    </w:p>
    <w:p w14:paraId="698C59E7" w14:textId="77777777" w:rsidR="00125F5A" w:rsidRDefault="00000000">
      <w:r>
        <w:rPr>
          <w:b/>
        </w:rPr>
        <w:t>✏️ My answer:</w:t>
      </w:r>
    </w:p>
    <w:p w14:paraId="2102351E" w14:textId="77777777" w:rsidR="001A5BD5" w:rsidRDefault="001A5BD5">
      <w:pPr>
        <w:spacing w:after="40"/>
      </w:pPr>
    </w:p>
    <w:p w14:paraId="7087E021" w14:textId="2407419F" w:rsidR="00125F5A" w:rsidRDefault="00000000">
      <w:r>
        <w:rPr>
          <w:b/>
        </w:rPr>
        <w:t>⭐ Can you find the 3 periods</w:t>
      </w:r>
      <w:r w:rsidR="00CD0138">
        <w:rPr>
          <w:b/>
        </w:rPr>
        <w:t xml:space="preserve"> of the Stone Age</w:t>
      </w:r>
      <w:r>
        <w:rPr>
          <w:b/>
        </w:rPr>
        <w:t>?</w:t>
      </w:r>
    </w:p>
    <w:p w14:paraId="27AE4B13" w14:textId="77777777" w:rsidR="00125F5A" w:rsidRDefault="00000000">
      <w:r>
        <w:rPr>
          <w:b/>
        </w:rPr>
        <w:t>✏️ My answer:</w:t>
      </w:r>
    </w:p>
    <w:p w14:paraId="29A733A6" w14:textId="77777777" w:rsidR="00125F5A" w:rsidRDefault="00000000">
      <w:r>
        <w:br w:type="page"/>
      </w:r>
    </w:p>
    <w:p w14:paraId="0E753442" w14:textId="77777777" w:rsidR="00125F5A" w:rsidRDefault="00000000">
      <w:pPr>
        <w:jc w:val="center"/>
      </w:pPr>
      <w:r>
        <w:rPr>
          <w:b/>
          <w:sz w:val="48"/>
        </w:rPr>
        <w:lastRenderedPageBreak/>
        <w:t>🏕️ WHERE DID THEY LIVE?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125F5A" w14:paraId="7D48DEBA" w14:textId="77777777">
        <w:tc>
          <w:tcPr>
            <w:tcW w:w="10656" w:type="dxa"/>
            <w:shd w:val="clear" w:color="auto" w:fill="EAF4F4"/>
            <w:vAlign w:val="center"/>
          </w:tcPr>
          <w:p w14:paraId="4162905C" w14:textId="77777777" w:rsidR="00125F5A" w:rsidRDefault="00000000">
            <w:pPr>
              <w:jc w:val="center"/>
            </w:pPr>
            <w:r>
              <w:rPr>
                <w:sz w:val="68"/>
              </w:rPr>
              <w:t>🏠</w:t>
            </w:r>
            <w:r>
              <w:rPr>
                <w:sz w:val="68"/>
              </w:rPr>
              <w:br/>
            </w:r>
            <w:r>
              <w:rPr>
                <w:b/>
                <w:sz w:val="32"/>
              </w:rPr>
              <w:t>CHALLENGE 2</w:t>
            </w:r>
            <w:r>
              <w:rPr>
                <w:b/>
                <w:sz w:val="32"/>
              </w:rPr>
              <w:br/>
              <w:t>STONE AGE HOMES</w:t>
            </w:r>
          </w:p>
        </w:tc>
      </w:tr>
    </w:tbl>
    <w:p w14:paraId="6F958672" w14:textId="77777777" w:rsidR="00125F5A" w:rsidRDefault="00125F5A"/>
    <w:p w14:paraId="5653AD70" w14:textId="77777777" w:rsidR="00125F5A" w:rsidRDefault="00000000">
      <w:r>
        <w:rPr>
          <w:b/>
        </w:rPr>
        <w:t>🔎 Search:  Stone Age houses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125F5A" w14:paraId="7C7F3A29" w14:textId="77777777">
        <w:tc>
          <w:tcPr>
            <w:tcW w:w="10656" w:type="dxa"/>
            <w:shd w:val="clear" w:color="auto" w:fill="EAF4F4"/>
            <w:vAlign w:val="center"/>
          </w:tcPr>
          <w:p w14:paraId="63317C6D" w14:textId="77777777" w:rsidR="00125F5A" w:rsidRDefault="00000000">
            <w:pPr>
              <w:jc w:val="center"/>
            </w:pPr>
            <w:r>
              <w:rPr>
                <w:sz w:val="68"/>
              </w:rPr>
              <w:t>🪵🪨</w:t>
            </w:r>
            <w:r>
              <w:rPr>
                <w:sz w:val="68"/>
              </w:rPr>
              <w:br/>
            </w:r>
            <w:r>
              <w:rPr>
                <w:b/>
                <w:sz w:val="32"/>
              </w:rPr>
              <w:t>What were houses made from?</w:t>
            </w:r>
          </w:p>
        </w:tc>
      </w:tr>
    </w:tbl>
    <w:p w14:paraId="37E72B8F" w14:textId="77777777" w:rsidR="00125F5A" w:rsidRDefault="00125F5A"/>
    <w:p w14:paraId="3A7EDFBF" w14:textId="77777777" w:rsidR="00125F5A" w:rsidRDefault="00000000">
      <w:r>
        <w:rPr>
          <w:b/>
        </w:rPr>
        <w:t>✏️ My answer:</w:t>
      </w:r>
    </w:p>
    <w:p w14:paraId="7B54B41E" w14:textId="77777777" w:rsidR="001A5BD5" w:rsidRDefault="001A5BD5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125F5A" w14:paraId="2FFAEAED" w14:textId="77777777">
        <w:tc>
          <w:tcPr>
            <w:tcW w:w="10656" w:type="dxa"/>
            <w:shd w:val="clear" w:color="auto" w:fill="EAF4F4"/>
            <w:vAlign w:val="center"/>
          </w:tcPr>
          <w:p w14:paraId="196E1A7D" w14:textId="77777777" w:rsidR="00125F5A" w:rsidRDefault="00000000">
            <w:pPr>
              <w:jc w:val="center"/>
            </w:pPr>
            <w:r>
              <w:rPr>
                <w:sz w:val="68"/>
              </w:rPr>
              <w:t>🤔</w:t>
            </w:r>
            <w:r>
              <w:rPr>
                <w:sz w:val="68"/>
              </w:rPr>
              <w:br/>
            </w:r>
            <w:r>
              <w:rPr>
                <w:b/>
                <w:sz w:val="32"/>
              </w:rPr>
              <w:t>WHY those materials?</w:t>
            </w:r>
          </w:p>
        </w:tc>
      </w:tr>
    </w:tbl>
    <w:p w14:paraId="481364CF" w14:textId="77777777" w:rsidR="00125F5A" w:rsidRDefault="00125F5A"/>
    <w:p w14:paraId="2B0F2374" w14:textId="77777777" w:rsidR="00125F5A" w:rsidRDefault="00000000">
      <w:r>
        <w:rPr>
          <w:b/>
        </w:rPr>
        <w:t>✏️ My answer:</w:t>
      </w:r>
    </w:p>
    <w:p w14:paraId="7ECFF333" w14:textId="7B8EE0C6" w:rsidR="00125F5A" w:rsidRDefault="00125F5A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125F5A" w14:paraId="6895E0B1" w14:textId="77777777">
        <w:tc>
          <w:tcPr>
            <w:tcW w:w="10656" w:type="dxa"/>
            <w:shd w:val="clear" w:color="auto" w:fill="EAF4F4"/>
            <w:vAlign w:val="center"/>
          </w:tcPr>
          <w:p w14:paraId="0AB1F879" w14:textId="77777777" w:rsidR="00125F5A" w:rsidRDefault="00000000">
            <w:pPr>
              <w:jc w:val="center"/>
            </w:pPr>
            <w:r>
              <w:rPr>
                <w:sz w:val="68"/>
              </w:rPr>
              <w:t>🖼️</w:t>
            </w:r>
            <w:r>
              <w:rPr>
                <w:sz w:val="68"/>
              </w:rPr>
              <w:br/>
            </w:r>
            <w:r>
              <w:rPr>
                <w:b/>
                <w:sz w:val="32"/>
              </w:rPr>
              <w:t>FIND A PICTURE</w:t>
            </w:r>
            <w:r>
              <w:rPr>
                <w:b/>
                <w:sz w:val="32"/>
              </w:rPr>
              <w:br/>
              <w:t>of a Stone Age house</w:t>
            </w:r>
          </w:p>
        </w:tc>
      </w:tr>
    </w:tbl>
    <w:p w14:paraId="58D9E2FB" w14:textId="77777777" w:rsidR="00125F5A" w:rsidRDefault="00125F5A"/>
    <w:p w14:paraId="39E59A9D" w14:textId="33521221" w:rsidR="00125F5A" w:rsidRDefault="00000000">
      <w:r>
        <w:t xml:space="preserve">🌐 Website: </w:t>
      </w:r>
    </w:p>
    <w:p w14:paraId="3869544C" w14:textId="77777777" w:rsidR="00125F5A" w:rsidRDefault="00000000">
      <w:r>
        <w:t>☐ Does the picture really show a Stone Age house?</w:t>
      </w:r>
    </w:p>
    <w:p w14:paraId="470FDAAC" w14:textId="6B21DF1E" w:rsidR="00125F5A" w:rsidRDefault="00000000" w:rsidP="001A5BD5">
      <w:pPr>
        <w:jc w:val="center"/>
      </w:pPr>
      <w:r>
        <w:br w:type="page"/>
      </w:r>
      <w:r>
        <w:rPr>
          <w:b/>
          <w:sz w:val="48"/>
        </w:rPr>
        <w:lastRenderedPageBreak/>
        <w:t>🔥🏹 FOOD &amp; TOOLS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125F5A" w14:paraId="58991395" w14:textId="77777777">
        <w:tc>
          <w:tcPr>
            <w:tcW w:w="10656" w:type="dxa"/>
            <w:shd w:val="clear" w:color="auto" w:fill="EAF4F4"/>
            <w:vAlign w:val="center"/>
          </w:tcPr>
          <w:p w14:paraId="4644CDD4" w14:textId="77777777" w:rsidR="00125F5A" w:rsidRDefault="00000000">
            <w:pPr>
              <w:jc w:val="center"/>
            </w:pPr>
            <w:r>
              <w:rPr>
                <w:sz w:val="68"/>
              </w:rPr>
              <w:t>🍖🌿</w:t>
            </w:r>
            <w:r>
              <w:rPr>
                <w:sz w:val="68"/>
              </w:rPr>
              <w:br/>
            </w:r>
            <w:r>
              <w:rPr>
                <w:b/>
                <w:sz w:val="32"/>
              </w:rPr>
              <w:t>CHALLENGE 3</w:t>
            </w:r>
            <w:r>
              <w:rPr>
                <w:b/>
                <w:sz w:val="32"/>
              </w:rPr>
              <w:br/>
              <w:t>WHAT DID THEY EAT?</w:t>
            </w:r>
          </w:p>
        </w:tc>
      </w:tr>
    </w:tbl>
    <w:p w14:paraId="0391259B" w14:textId="77777777" w:rsidR="00125F5A" w:rsidRDefault="00125F5A"/>
    <w:p w14:paraId="725C630D" w14:textId="77777777" w:rsidR="00125F5A" w:rsidRDefault="00000000">
      <w:r>
        <w:rPr>
          <w:b/>
        </w:rPr>
        <w:t>🔎 Search:  Stone Age food</w:t>
      </w:r>
    </w:p>
    <w:p w14:paraId="5D50EF51" w14:textId="77777777" w:rsidR="00125F5A" w:rsidRDefault="00000000">
      <w:r>
        <w:rPr>
          <w:b/>
        </w:rPr>
        <w:t>🍎 Find 3 foods:</w:t>
      </w:r>
    </w:p>
    <w:p w14:paraId="04F9F189" w14:textId="77777777" w:rsidR="00125F5A" w:rsidRDefault="00000000">
      <w:r>
        <w:rPr>
          <w:b/>
        </w:rPr>
        <w:t>✏️ My answer:</w:t>
      </w:r>
    </w:p>
    <w:p w14:paraId="2A2A86F5" w14:textId="0989ECC0" w:rsidR="00125F5A" w:rsidRDefault="001A5BD5">
      <w:pPr>
        <w:spacing w:after="40"/>
      </w:pPr>
      <w:r>
        <w:t>1.</w:t>
      </w:r>
    </w:p>
    <w:p w14:paraId="08D31F04" w14:textId="57B68F51" w:rsidR="001A5BD5" w:rsidRDefault="001A5BD5">
      <w:pPr>
        <w:spacing w:after="40"/>
      </w:pPr>
      <w:r>
        <w:t>2.</w:t>
      </w:r>
    </w:p>
    <w:p w14:paraId="02DE0D22" w14:textId="78014753" w:rsidR="001A5BD5" w:rsidRDefault="001A5BD5">
      <w:pPr>
        <w:spacing w:after="40"/>
      </w:pPr>
      <w:r>
        <w:t>3.</w:t>
      </w:r>
    </w:p>
    <w:p w14:paraId="3C883A0C" w14:textId="5C361175" w:rsidR="00125F5A" w:rsidRDefault="00000000">
      <w:r>
        <w:rPr>
          <w:b/>
        </w:rPr>
        <w:t>🌾 FARMING?     YES     NO</w:t>
      </w:r>
    </w:p>
    <w:p w14:paraId="5127BE6B" w14:textId="77777777" w:rsidR="00125F5A" w:rsidRDefault="00000000">
      <w:r>
        <w:rPr>
          <w:b/>
        </w:rPr>
        <w:t>🏹 How did they get food?</w:t>
      </w:r>
    </w:p>
    <w:p w14:paraId="7CC0E376" w14:textId="77777777" w:rsidR="00125F5A" w:rsidRDefault="00000000">
      <w:r>
        <w:rPr>
          <w:b/>
        </w:rPr>
        <w:t>✏️ My answer:</w:t>
      </w:r>
    </w:p>
    <w:p w14:paraId="0EE328D8" w14:textId="2148A78C" w:rsidR="00125F5A" w:rsidRDefault="00125F5A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125F5A" w14:paraId="6AE408F5" w14:textId="77777777">
        <w:tc>
          <w:tcPr>
            <w:tcW w:w="10656" w:type="dxa"/>
            <w:shd w:val="clear" w:color="auto" w:fill="EAF4F4"/>
            <w:vAlign w:val="center"/>
          </w:tcPr>
          <w:p w14:paraId="3BA2AD6D" w14:textId="77777777" w:rsidR="00125F5A" w:rsidRDefault="00000000">
            <w:pPr>
              <w:jc w:val="center"/>
            </w:pPr>
            <w:r>
              <w:rPr>
                <w:sz w:val="68"/>
              </w:rPr>
              <w:t>🪨🔨</w:t>
            </w:r>
            <w:r>
              <w:rPr>
                <w:sz w:val="68"/>
              </w:rPr>
              <w:br/>
            </w:r>
            <w:r>
              <w:rPr>
                <w:b/>
                <w:sz w:val="32"/>
              </w:rPr>
              <w:t>CHALLENGE 4</w:t>
            </w:r>
            <w:r>
              <w:rPr>
                <w:b/>
                <w:sz w:val="32"/>
              </w:rPr>
              <w:br/>
              <w:t>STONE TOOLS</w:t>
            </w:r>
          </w:p>
        </w:tc>
      </w:tr>
    </w:tbl>
    <w:p w14:paraId="4938A174" w14:textId="77777777" w:rsidR="00125F5A" w:rsidRDefault="00125F5A"/>
    <w:p w14:paraId="1C96C220" w14:textId="77777777" w:rsidR="00125F5A" w:rsidRDefault="00000000">
      <w:r>
        <w:rPr>
          <w:b/>
        </w:rPr>
        <w:t>🔎 Search:  Stone Age tools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8"/>
        <w:gridCol w:w="5328"/>
      </w:tblGrid>
      <w:tr w:rsidR="00125F5A" w14:paraId="72E2293D" w14:textId="77777777">
        <w:tc>
          <w:tcPr>
            <w:tcW w:w="5328" w:type="dxa"/>
            <w:shd w:val="clear" w:color="auto" w:fill="D9EAF7"/>
          </w:tcPr>
          <w:p w14:paraId="5EA1F713" w14:textId="77777777" w:rsidR="00125F5A" w:rsidRDefault="00000000">
            <w:r>
              <w:rPr>
                <w:b/>
              </w:rPr>
              <w:t>🪨 TOOL</w:t>
            </w:r>
          </w:p>
        </w:tc>
        <w:tc>
          <w:tcPr>
            <w:tcW w:w="5328" w:type="dxa"/>
            <w:shd w:val="clear" w:color="auto" w:fill="D9EAF7"/>
          </w:tcPr>
          <w:p w14:paraId="06908F9D" w14:textId="77777777" w:rsidR="00125F5A" w:rsidRDefault="00000000">
            <w:r>
              <w:rPr>
                <w:b/>
              </w:rPr>
              <w:t>🎯 USED FOR</w:t>
            </w:r>
          </w:p>
        </w:tc>
      </w:tr>
      <w:tr w:rsidR="00125F5A" w14:paraId="33247B79" w14:textId="77777777">
        <w:tc>
          <w:tcPr>
            <w:tcW w:w="5328" w:type="dxa"/>
          </w:tcPr>
          <w:p w14:paraId="6954F3A2" w14:textId="07D7A3DD" w:rsidR="00125F5A" w:rsidRDefault="00125F5A"/>
        </w:tc>
        <w:tc>
          <w:tcPr>
            <w:tcW w:w="5328" w:type="dxa"/>
          </w:tcPr>
          <w:p w14:paraId="7B136C08" w14:textId="10603377" w:rsidR="00125F5A" w:rsidRDefault="00125F5A"/>
        </w:tc>
      </w:tr>
      <w:tr w:rsidR="00125F5A" w14:paraId="50F4F89A" w14:textId="77777777">
        <w:tc>
          <w:tcPr>
            <w:tcW w:w="5328" w:type="dxa"/>
          </w:tcPr>
          <w:p w14:paraId="19A1A182" w14:textId="53D8CA40" w:rsidR="00125F5A" w:rsidRDefault="00125F5A"/>
        </w:tc>
        <w:tc>
          <w:tcPr>
            <w:tcW w:w="5328" w:type="dxa"/>
          </w:tcPr>
          <w:p w14:paraId="68BDB5D1" w14:textId="2217CABD" w:rsidR="00125F5A" w:rsidRDefault="00125F5A"/>
        </w:tc>
      </w:tr>
    </w:tbl>
    <w:p w14:paraId="60F21871" w14:textId="77777777" w:rsidR="00125F5A" w:rsidRDefault="00125F5A"/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125F5A" w14:paraId="22947B78" w14:textId="77777777">
        <w:tc>
          <w:tcPr>
            <w:tcW w:w="10656" w:type="dxa"/>
            <w:shd w:val="clear" w:color="auto" w:fill="EAF4F4"/>
            <w:vAlign w:val="center"/>
          </w:tcPr>
          <w:p w14:paraId="42A0817D" w14:textId="10FC1B0F" w:rsidR="00125F5A" w:rsidRDefault="00000000">
            <w:pPr>
              <w:jc w:val="center"/>
            </w:pPr>
            <w:r>
              <w:rPr>
                <w:sz w:val="68"/>
              </w:rPr>
              <w:t>🖼️</w:t>
            </w:r>
            <w:r>
              <w:rPr>
                <w:sz w:val="68"/>
              </w:rPr>
              <w:br/>
            </w:r>
            <w:r>
              <w:rPr>
                <w:b/>
                <w:sz w:val="32"/>
              </w:rPr>
              <w:lastRenderedPageBreak/>
              <w:t xml:space="preserve">FIND A </w:t>
            </w:r>
            <w:r w:rsidR="001A5BD5">
              <w:rPr>
                <w:b/>
                <w:sz w:val="32"/>
              </w:rPr>
              <w:t xml:space="preserve">STONEAGE </w:t>
            </w:r>
            <w:r>
              <w:rPr>
                <w:b/>
                <w:sz w:val="32"/>
              </w:rPr>
              <w:t>TOOL PICTURE</w:t>
            </w:r>
            <w:r>
              <w:rPr>
                <w:b/>
                <w:sz w:val="32"/>
              </w:rPr>
              <w:br/>
              <w:t>What is it called?</w:t>
            </w:r>
          </w:p>
        </w:tc>
      </w:tr>
    </w:tbl>
    <w:p w14:paraId="35516304" w14:textId="77777777" w:rsidR="00125F5A" w:rsidRDefault="00125F5A"/>
    <w:p w14:paraId="0E5061AE" w14:textId="77777777" w:rsidR="00125F5A" w:rsidRDefault="00000000">
      <w:r>
        <w:rPr>
          <w:b/>
        </w:rPr>
        <w:t>✏️ My answer:</w:t>
      </w:r>
    </w:p>
    <w:p w14:paraId="2CC4CF56" w14:textId="77777777" w:rsidR="00125F5A" w:rsidRDefault="00000000">
      <w:r>
        <w:rPr>
          <w:b/>
        </w:rPr>
        <w:t>🎯 What did it do?</w:t>
      </w:r>
    </w:p>
    <w:p w14:paraId="1552DFC0" w14:textId="77777777" w:rsidR="00125F5A" w:rsidRDefault="00000000">
      <w:r>
        <w:rPr>
          <w:b/>
        </w:rPr>
        <w:t>✏️ My answer:</w:t>
      </w:r>
    </w:p>
    <w:p w14:paraId="1CA4CF46" w14:textId="77777777" w:rsidR="001A5BD5" w:rsidRDefault="001A5BD5" w:rsidP="001A5BD5"/>
    <w:p w14:paraId="1AAF07CF" w14:textId="56E14F1C" w:rsidR="00125F5A" w:rsidRDefault="00000000" w:rsidP="001A5BD5">
      <w:r>
        <w:rPr>
          <w:b/>
          <w:sz w:val="48"/>
        </w:rPr>
        <w:t>🎨👨‍👩‍👧 CAVE ART &amp; PEOPLE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125F5A" w14:paraId="5FAA6A95" w14:textId="77777777">
        <w:tc>
          <w:tcPr>
            <w:tcW w:w="10656" w:type="dxa"/>
            <w:shd w:val="clear" w:color="auto" w:fill="EAF4F4"/>
            <w:vAlign w:val="center"/>
          </w:tcPr>
          <w:p w14:paraId="47CB5C8D" w14:textId="77777777" w:rsidR="00125F5A" w:rsidRDefault="00000000">
            <w:pPr>
              <w:jc w:val="center"/>
            </w:pPr>
            <w:r>
              <w:rPr>
                <w:sz w:val="68"/>
              </w:rPr>
              <w:t>🎨</w:t>
            </w:r>
            <w:r>
              <w:rPr>
                <w:sz w:val="68"/>
              </w:rPr>
              <w:br/>
            </w:r>
            <w:r>
              <w:rPr>
                <w:b/>
                <w:sz w:val="32"/>
              </w:rPr>
              <w:t>CHALLENGE 5</w:t>
            </w:r>
            <w:r>
              <w:rPr>
                <w:b/>
                <w:sz w:val="32"/>
              </w:rPr>
              <w:br/>
              <w:t>CAVE ART</w:t>
            </w:r>
          </w:p>
        </w:tc>
      </w:tr>
    </w:tbl>
    <w:p w14:paraId="27C7BC68" w14:textId="77777777" w:rsidR="00125F5A" w:rsidRDefault="00125F5A"/>
    <w:p w14:paraId="3493B94C" w14:textId="77777777" w:rsidR="00125F5A" w:rsidRDefault="00000000">
      <w:r>
        <w:rPr>
          <w:b/>
        </w:rPr>
        <w:t>🔎 Search:  Stone Age cave paintings</w:t>
      </w:r>
    </w:p>
    <w:p w14:paraId="22387872" w14:textId="77777777" w:rsidR="00125F5A" w:rsidRDefault="00000000">
      <w:r>
        <w:rPr>
          <w:b/>
        </w:rPr>
        <w:t>📍 Where?</w:t>
      </w:r>
    </w:p>
    <w:p w14:paraId="6B716D1A" w14:textId="77777777" w:rsidR="00125F5A" w:rsidRDefault="00000000">
      <w:r>
        <w:rPr>
          <w:b/>
        </w:rPr>
        <w:t>✏️ My answer:</w:t>
      </w:r>
    </w:p>
    <w:p w14:paraId="00207F82" w14:textId="77777777" w:rsidR="001A5BD5" w:rsidRDefault="001A5BD5"/>
    <w:p w14:paraId="5B536024" w14:textId="79B06BB2" w:rsidR="00125F5A" w:rsidRDefault="00000000">
      <w:r>
        <w:rPr>
          <w:b/>
        </w:rPr>
        <w:t>🐴🐂🦌 What animals?</w:t>
      </w:r>
    </w:p>
    <w:p w14:paraId="289C310D" w14:textId="77777777" w:rsidR="00125F5A" w:rsidRDefault="00000000">
      <w:pPr>
        <w:rPr>
          <w:b/>
        </w:rPr>
      </w:pPr>
      <w:r>
        <w:rPr>
          <w:b/>
        </w:rPr>
        <w:t>✏️ My answer:</w:t>
      </w:r>
    </w:p>
    <w:p w14:paraId="510288A1" w14:textId="77777777" w:rsidR="001A5BD5" w:rsidRDefault="001A5BD5"/>
    <w:p w14:paraId="0B128FC0" w14:textId="79C84ACE" w:rsidR="00125F5A" w:rsidRDefault="00125F5A">
      <w:pPr>
        <w:spacing w:after="40"/>
      </w:pPr>
    </w:p>
    <w:p w14:paraId="62216BED" w14:textId="77777777" w:rsidR="00125F5A" w:rsidRDefault="00000000">
      <w:r>
        <w:rPr>
          <w:b/>
        </w:rPr>
        <w:t>🎨 What colours?</w:t>
      </w:r>
    </w:p>
    <w:p w14:paraId="37363F43" w14:textId="77777777" w:rsidR="00125F5A" w:rsidRDefault="00000000">
      <w:r>
        <w:rPr>
          <w:b/>
        </w:rPr>
        <w:t>✏️ My answer:</w:t>
      </w:r>
    </w:p>
    <w:p w14:paraId="3725B0DA" w14:textId="13EAC3F7" w:rsidR="00125F5A" w:rsidRDefault="00125F5A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125F5A" w14:paraId="29E5A293" w14:textId="77777777">
        <w:tc>
          <w:tcPr>
            <w:tcW w:w="10656" w:type="dxa"/>
            <w:shd w:val="clear" w:color="auto" w:fill="EAF4F4"/>
            <w:vAlign w:val="center"/>
          </w:tcPr>
          <w:p w14:paraId="3BFE67EC" w14:textId="77777777" w:rsidR="00125F5A" w:rsidRDefault="00000000">
            <w:pPr>
              <w:jc w:val="center"/>
            </w:pPr>
            <w:r>
              <w:rPr>
                <w:sz w:val="68"/>
              </w:rPr>
              <w:lastRenderedPageBreak/>
              <w:t>🖼️</w:t>
            </w:r>
            <w:r>
              <w:rPr>
                <w:sz w:val="68"/>
              </w:rPr>
              <w:br/>
            </w:r>
            <w:r>
              <w:rPr>
                <w:b/>
                <w:sz w:val="32"/>
              </w:rPr>
              <w:t>FIND CAVE ART</w:t>
            </w:r>
            <w:r>
              <w:rPr>
                <w:b/>
                <w:sz w:val="32"/>
              </w:rPr>
              <w:br/>
              <w:t>What can you SEE?</w:t>
            </w:r>
          </w:p>
        </w:tc>
      </w:tr>
    </w:tbl>
    <w:p w14:paraId="699AB312" w14:textId="77777777" w:rsidR="00125F5A" w:rsidRDefault="00125F5A"/>
    <w:p w14:paraId="6ED4B94A" w14:textId="77777777" w:rsidR="00125F5A" w:rsidRDefault="00000000">
      <w:r>
        <w:rPr>
          <w:b/>
        </w:rPr>
        <w:t>✏️ My answer:</w:t>
      </w:r>
    </w:p>
    <w:p w14:paraId="1D172DB6" w14:textId="694073B5" w:rsidR="00125F5A" w:rsidRDefault="00125F5A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125F5A" w14:paraId="71B93878" w14:textId="77777777">
        <w:tc>
          <w:tcPr>
            <w:tcW w:w="10656" w:type="dxa"/>
            <w:shd w:val="clear" w:color="auto" w:fill="EAF4F4"/>
            <w:vAlign w:val="center"/>
          </w:tcPr>
          <w:p w14:paraId="1D416B2C" w14:textId="77777777" w:rsidR="00125F5A" w:rsidRDefault="00000000">
            <w:pPr>
              <w:jc w:val="center"/>
            </w:pPr>
            <w:r>
              <w:rPr>
                <w:sz w:val="68"/>
              </w:rPr>
              <w:t>👨‍👩‍👧</w:t>
            </w:r>
            <w:r>
              <w:rPr>
                <w:sz w:val="68"/>
              </w:rPr>
              <w:br/>
            </w:r>
            <w:r>
              <w:rPr>
                <w:b/>
                <w:sz w:val="32"/>
              </w:rPr>
              <w:t>CHALLENGE 6</w:t>
            </w:r>
            <w:r>
              <w:rPr>
                <w:b/>
                <w:sz w:val="32"/>
              </w:rPr>
              <w:br/>
              <w:t>STONE AGE PEOPLE</w:t>
            </w:r>
          </w:p>
        </w:tc>
      </w:tr>
    </w:tbl>
    <w:p w14:paraId="69B84A5A" w14:textId="77777777" w:rsidR="00125F5A" w:rsidRDefault="00125F5A"/>
    <w:p w14:paraId="5E095B26" w14:textId="77777777" w:rsidR="00125F5A" w:rsidRDefault="00000000">
      <w:r>
        <w:rPr>
          <w:b/>
        </w:rPr>
        <w:t>🔎 Search:  Stone Age people</w:t>
      </w:r>
    </w:p>
    <w:p w14:paraId="27FAB5B2" w14:textId="77777777" w:rsidR="00125F5A" w:rsidRDefault="00000000">
      <w:r>
        <w:rPr>
          <w:b/>
        </w:rPr>
        <w:t>👕 What did they wear?</w:t>
      </w:r>
    </w:p>
    <w:p w14:paraId="58192EED" w14:textId="77777777" w:rsidR="00125F5A" w:rsidRDefault="00000000">
      <w:pPr>
        <w:rPr>
          <w:b/>
        </w:rPr>
      </w:pPr>
      <w:r>
        <w:rPr>
          <w:b/>
        </w:rPr>
        <w:t>✏️ My answer:</w:t>
      </w:r>
    </w:p>
    <w:p w14:paraId="29A57649" w14:textId="77777777" w:rsidR="001A5BD5" w:rsidRDefault="001A5BD5"/>
    <w:p w14:paraId="3F7F4206" w14:textId="77777777" w:rsidR="00125F5A" w:rsidRDefault="00000000">
      <w:r>
        <w:rPr>
          <w:b/>
        </w:rPr>
        <w:t>🔥 How did they keep warm?</w:t>
      </w:r>
    </w:p>
    <w:p w14:paraId="1014A69E" w14:textId="77777777" w:rsidR="00125F5A" w:rsidRDefault="00000000">
      <w:r>
        <w:rPr>
          <w:b/>
        </w:rPr>
        <w:t>✏️ My answer:</w:t>
      </w:r>
    </w:p>
    <w:p w14:paraId="0348A4FD" w14:textId="68A3E42F" w:rsidR="00125F5A" w:rsidRDefault="00125F5A">
      <w:pPr>
        <w:spacing w:after="40"/>
      </w:pPr>
    </w:p>
    <w:p w14:paraId="14EE2A1F" w14:textId="77777777" w:rsidR="00125F5A" w:rsidRDefault="00000000">
      <w:r>
        <w:rPr>
          <w:b/>
        </w:rPr>
        <w:t>🛠️ What jobs did they do?</w:t>
      </w:r>
    </w:p>
    <w:p w14:paraId="0FD2A130" w14:textId="77777777" w:rsidR="00125F5A" w:rsidRDefault="00000000">
      <w:r>
        <w:rPr>
          <w:b/>
        </w:rPr>
        <w:t>✏️ My answer:</w:t>
      </w:r>
    </w:p>
    <w:p w14:paraId="718A9F29" w14:textId="77777777" w:rsidR="00125F5A" w:rsidRDefault="00000000">
      <w:r>
        <w:br w:type="page"/>
      </w:r>
    </w:p>
    <w:p w14:paraId="6E08D729" w14:textId="77777777" w:rsidR="00125F5A" w:rsidRDefault="00000000">
      <w:pPr>
        <w:jc w:val="center"/>
      </w:pPr>
      <w:r>
        <w:rPr>
          <w:b/>
          <w:sz w:val="48"/>
        </w:rPr>
        <w:lastRenderedPageBreak/>
        <w:t>🕵️ CAN YOU SPOT A GOOD WEBSITE?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125F5A" w14:paraId="1BADA229" w14:textId="77777777">
        <w:tc>
          <w:tcPr>
            <w:tcW w:w="10656" w:type="dxa"/>
            <w:shd w:val="clear" w:color="auto" w:fill="EAF4F4"/>
            <w:vAlign w:val="center"/>
          </w:tcPr>
          <w:p w14:paraId="6433360E" w14:textId="77777777" w:rsidR="00125F5A" w:rsidRDefault="00000000">
            <w:pPr>
              <w:jc w:val="center"/>
            </w:pPr>
            <w:r>
              <w:rPr>
                <w:sz w:val="68"/>
              </w:rPr>
              <w:t>🌐</w:t>
            </w:r>
            <w:r>
              <w:rPr>
                <w:sz w:val="68"/>
              </w:rPr>
              <w:br/>
            </w:r>
            <w:r>
              <w:rPr>
                <w:b/>
                <w:sz w:val="32"/>
              </w:rPr>
              <w:t>WHICH WEBSITE WOULD YOU TRUST?</w:t>
            </w:r>
          </w:p>
        </w:tc>
      </w:tr>
    </w:tbl>
    <w:p w14:paraId="6F32C806" w14:textId="77777777" w:rsidR="00125F5A" w:rsidRDefault="00125F5A"/>
    <w:p w14:paraId="0A3072D0" w14:textId="77777777" w:rsidR="00125F5A" w:rsidRDefault="00000000">
      <w:r>
        <w:rPr>
          <w:sz w:val="30"/>
        </w:rPr>
        <w:t>A  🦖  AmazingStoneAgeFacts.com</w:t>
      </w:r>
    </w:p>
    <w:p w14:paraId="7FB146F0" w14:textId="77777777" w:rsidR="00125F5A" w:rsidRDefault="00000000">
      <w:r>
        <w:t xml:space="preserve">   “Stone Age people rode dinosaurs to school!”</w:t>
      </w:r>
    </w:p>
    <w:p w14:paraId="4EFB59ED" w14:textId="77777777" w:rsidR="00125F5A" w:rsidRDefault="00125F5A"/>
    <w:p w14:paraId="1BB5B2F0" w14:textId="77777777" w:rsidR="00125F5A" w:rsidRDefault="00000000">
      <w:r>
        <w:rPr>
          <w:sz w:val="30"/>
        </w:rPr>
        <w:t>B  🏛️  British Museum</w:t>
      </w:r>
    </w:p>
    <w:p w14:paraId="249E72DD" w14:textId="77777777" w:rsidR="00125F5A" w:rsidRDefault="00000000">
      <w:r>
        <w:t xml:space="preserve">   Information about Stone Age objects and archaeology.</w:t>
      </w:r>
    </w:p>
    <w:p w14:paraId="6DA93B4F" w14:textId="77777777" w:rsidR="00125F5A" w:rsidRDefault="00000000">
      <w:r>
        <w:rPr>
          <w:b/>
        </w:rPr>
        <w:t>I choose:   ☐ A     ☐ B</w:t>
      </w:r>
    </w:p>
    <w:p w14:paraId="10553A4A" w14:textId="77777777" w:rsidR="00125F5A" w:rsidRDefault="00000000">
      <w:r>
        <w:rPr>
          <w:b/>
        </w:rPr>
        <w:t>🤔 Why?</w:t>
      </w:r>
    </w:p>
    <w:p w14:paraId="30A9F4A3" w14:textId="77777777" w:rsidR="00125F5A" w:rsidRDefault="00000000">
      <w:r>
        <w:rPr>
          <w:b/>
        </w:rPr>
        <w:t>✏️ My answer:</w:t>
      </w:r>
    </w:p>
    <w:p w14:paraId="38A481AF" w14:textId="4BB78EE2" w:rsidR="00125F5A" w:rsidRDefault="00125F5A">
      <w:pPr>
        <w:spacing w:after="40"/>
      </w:pPr>
    </w:p>
    <w:p w14:paraId="53730648" w14:textId="77777777" w:rsidR="001A5BD5" w:rsidRDefault="001A5BD5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125F5A" w14:paraId="6FBAE45D" w14:textId="77777777">
        <w:tc>
          <w:tcPr>
            <w:tcW w:w="10656" w:type="dxa"/>
            <w:shd w:val="clear" w:color="auto" w:fill="EAF4F4"/>
            <w:vAlign w:val="center"/>
          </w:tcPr>
          <w:p w14:paraId="1A0FEB19" w14:textId="77777777" w:rsidR="00125F5A" w:rsidRDefault="00000000">
            <w:pPr>
              <w:jc w:val="center"/>
            </w:pPr>
            <w:r>
              <w:rPr>
                <w:sz w:val="68"/>
              </w:rPr>
              <w:t>⭐</w:t>
            </w:r>
            <w:r>
              <w:rPr>
                <w:sz w:val="68"/>
              </w:rPr>
              <w:br/>
            </w:r>
            <w:r>
              <w:rPr>
                <w:b/>
                <w:sz w:val="32"/>
              </w:rPr>
              <w:t>SEARCH SUPERSTAR</w:t>
            </w:r>
          </w:p>
        </w:tc>
      </w:tr>
    </w:tbl>
    <w:p w14:paraId="6FD7AC28" w14:textId="77777777" w:rsidR="00125F5A" w:rsidRDefault="00125F5A"/>
    <w:p w14:paraId="3FF47BC8" w14:textId="77777777" w:rsidR="00125F5A" w:rsidRDefault="00000000">
      <w:r>
        <w:rPr>
          <w:sz w:val="30"/>
        </w:rPr>
        <w:t>☐ 🔎 I used short search words.</w:t>
      </w:r>
    </w:p>
    <w:p w14:paraId="213D8E3C" w14:textId="77777777" w:rsidR="00125F5A" w:rsidRDefault="00000000">
      <w:r>
        <w:rPr>
          <w:sz w:val="30"/>
        </w:rPr>
        <w:t>☐ 📖 I read the words.</w:t>
      </w:r>
    </w:p>
    <w:p w14:paraId="518660D3" w14:textId="77777777" w:rsidR="00125F5A" w:rsidRDefault="00000000">
      <w:r>
        <w:rPr>
          <w:sz w:val="30"/>
        </w:rPr>
        <w:t>☐ 🌐 I checked the website.</w:t>
      </w:r>
    </w:p>
    <w:p w14:paraId="2B3D4E01" w14:textId="77777777" w:rsidR="00125F5A" w:rsidRDefault="00000000">
      <w:r>
        <w:rPr>
          <w:sz w:val="30"/>
        </w:rPr>
        <w:t>☐ 🖼️ I found a picture.</w:t>
      </w:r>
    </w:p>
    <w:p w14:paraId="69E63D8C" w14:textId="77777777" w:rsidR="00125F5A" w:rsidRDefault="00000000">
      <w:r>
        <w:rPr>
          <w:sz w:val="30"/>
        </w:rPr>
        <w:t>☐ ✅ I checked if the information was true.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125F5A" w14:paraId="25A089AD" w14:textId="77777777">
        <w:tc>
          <w:tcPr>
            <w:tcW w:w="10656" w:type="dxa"/>
            <w:shd w:val="clear" w:color="auto" w:fill="EAF4F4"/>
            <w:vAlign w:val="center"/>
          </w:tcPr>
          <w:p w14:paraId="40D4251C" w14:textId="77777777" w:rsidR="00125F5A" w:rsidRDefault="00000000">
            <w:pPr>
              <w:jc w:val="center"/>
            </w:pPr>
            <w:r>
              <w:rPr>
                <w:sz w:val="68"/>
              </w:rPr>
              <w:lastRenderedPageBreak/>
              <w:t>🏆</w:t>
            </w:r>
            <w:r>
              <w:rPr>
                <w:sz w:val="68"/>
              </w:rPr>
              <w:br/>
            </w:r>
            <w:r>
              <w:rPr>
                <w:b/>
                <w:sz w:val="32"/>
              </w:rPr>
              <w:t>BONUS</w:t>
            </w:r>
            <w:r>
              <w:rPr>
                <w:b/>
                <w:sz w:val="32"/>
              </w:rPr>
              <w:br/>
              <w:t>FIND ONE NEW STONE AGE FACT!</w:t>
            </w:r>
          </w:p>
        </w:tc>
      </w:tr>
    </w:tbl>
    <w:p w14:paraId="1ACE77E9" w14:textId="77777777" w:rsidR="00125F5A" w:rsidRDefault="00125F5A"/>
    <w:p w14:paraId="7DDAD2BF" w14:textId="77777777" w:rsidR="00125F5A" w:rsidRDefault="00000000">
      <w:r>
        <w:rPr>
          <w:b/>
        </w:rPr>
        <w:t>💡 I discovered:</w:t>
      </w:r>
    </w:p>
    <w:p w14:paraId="4ED3F6ED" w14:textId="77777777" w:rsidR="00125F5A" w:rsidRDefault="00000000">
      <w:r>
        <w:rPr>
          <w:b/>
        </w:rPr>
        <w:t>✏️ My answer:</w:t>
      </w:r>
    </w:p>
    <w:p w14:paraId="61E3BC59" w14:textId="77777777" w:rsidR="001A5BD5" w:rsidRDefault="001A5BD5"/>
    <w:p w14:paraId="19CCE496" w14:textId="77777777" w:rsidR="001A5BD5" w:rsidRDefault="001A5BD5"/>
    <w:p w14:paraId="4399F188" w14:textId="78BD860F" w:rsidR="00125F5A" w:rsidRDefault="00000000">
      <w:r>
        <w:rPr>
          <w:b/>
        </w:rPr>
        <w:t>🌐 My website:</w:t>
      </w:r>
    </w:p>
    <w:p w14:paraId="03D3D3DD" w14:textId="77777777" w:rsidR="00125F5A" w:rsidRDefault="00000000">
      <w:r>
        <w:rPr>
          <w:b/>
        </w:rPr>
        <w:t>✏️ My answer:</w:t>
      </w:r>
    </w:p>
    <w:p w14:paraId="568622F7" w14:textId="77777777" w:rsidR="001A5BD5" w:rsidRDefault="001A5BD5"/>
    <w:p w14:paraId="393359CC" w14:textId="77777777" w:rsidR="001A5BD5" w:rsidRDefault="001A5BD5"/>
    <w:p w14:paraId="18966665" w14:textId="72F8431B" w:rsidR="00125F5A" w:rsidRDefault="00000000">
      <w:r>
        <w:rPr>
          <w:b/>
        </w:rPr>
        <w:t>🔎 My search words:</w:t>
      </w:r>
    </w:p>
    <w:p w14:paraId="5CE2EC42" w14:textId="77777777" w:rsidR="00125F5A" w:rsidRDefault="00000000">
      <w:r>
        <w:rPr>
          <w:b/>
        </w:rPr>
        <w:t>✏️ My answer:</w:t>
      </w:r>
    </w:p>
    <w:p w14:paraId="088E8954" w14:textId="0208ABAC" w:rsidR="00125F5A" w:rsidRDefault="00125F5A">
      <w:pPr>
        <w:spacing w:after="40"/>
      </w:pPr>
    </w:p>
    <w:sectPr w:rsidR="00125F5A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001505">
    <w:abstractNumId w:val="8"/>
  </w:num>
  <w:num w:numId="2" w16cid:durableId="1902205698">
    <w:abstractNumId w:val="6"/>
  </w:num>
  <w:num w:numId="3" w16cid:durableId="1785424064">
    <w:abstractNumId w:val="5"/>
  </w:num>
  <w:num w:numId="4" w16cid:durableId="1634363433">
    <w:abstractNumId w:val="4"/>
  </w:num>
  <w:num w:numId="5" w16cid:durableId="1926719288">
    <w:abstractNumId w:val="7"/>
  </w:num>
  <w:num w:numId="6" w16cid:durableId="783230306">
    <w:abstractNumId w:val="3"/>
  </w:num>
  <w:num w:numId="7" w16cid:durableId="1176337009">
    <w:abstractNumId w:val="2"/>
  </w:num>
  <w:num w:numId="8" w16cid:durableId="1332487916">
    <w:abstractNumId w:val="1"/>
  </w:num>
  <w:num w:numId="9" w16cid:durableId="874848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5F5A"/>
    <w:rsid w:val="0015074B"/>
    <w:rsid w:val="001A5BD5"/>
    <w:rsid w:val="0029639D"/>
    <w:rsid w:val="00326F90"/>
    <w:rsid w:val="00AA1D8D"/>
    <w:rsid w:val="00B47730"/>
    <w:rsid w:val="00BD3D4C"/>
    <w:rsid w:val="00CB0664"/>
    <w:rsid w:val="00CD01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131DA1"/>
  <w14:defaultImageDpi w14:val="300"/>
  <w15:docId w15:val="{1CAC8EC1-674B-4025-AF97-2F4C7D82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Hayley Stapleton</cp:lastModifiedBy>
  <cp:revision>3</cp:revision>
  <dcterms:created xsi:type="dcterms:W3CDTF">2026-09-30T18:41:00Z</dcterms:created>
  <dcterms:modified xsi:type="dcterms:W3CDTF">2026-09-30T18:41:00Z</dcterms:modified>
  <cp:category/>
</cp:coreProperties>
</file>