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11A42" w14:textId="77777777" w:rsidR="00582976" w:rsidRDefault="00000000">
      <w:pPr>
        <w:jc w:val="center"/>
      </w:pPr>
      <w:r>
        <w:rPr>
          <w:b/>
          <w:sz w:val="44"/>
        </w:rPr>
        <w:t>🪨 YEAR 3 STONE AGE WEB QUEST</w:t>
      </w:r>
    </w:p>
    <w:p w14:paraId="4D092FF7" w14:textId="77777777" w:rsidR="00582976" w:rsidRDefault="00000000">
      <w:pPr>
        <w:jc w:val="center"/>
      </w:pPr>
      <w:r>
        <w:rPr>
          <w:b/>
          <w:sz w:val="30"/>
        </w:rPr>
        <w:t>Become a Stone Age Internet Explorer!</w:t>
      </w:r>
    </w:p>
    <w:p w14:paraId="38D438C1" w14:textId="77777777" w:rsidR="00582976" w:rsidRDefault="00000000">
      <w:pPr>
        <w:spacing w:before="120" w:after="100"/>
      </w:pPr>
      <w:r>
        <w:rPr>
          <w:b/>
          <w:sz w:val="34"/>
        </w:rPr>
        <w:t>🎯 Your Mission</w:t>
      </w:r>
    </w:p>
    <w:p w14:paraId="4092132A" w14:textId="77777777" w:rsidR="00582976" w:rsidRDefault="00000000">
      <w:r>
        <w:t>You are going to become a Stone Age detective! Use a search engine to discover facts about how people lived during the Stone Age. Complete the six challenges and the bonus challenge.</w:t>
      </w:r>
    </w:p>
    <w:p w14:paraId="3EF5FDF0" w14:textId="77777777" w:rsidR="00582976" w:rsidRDefault="00000000">
      <w:r>
        <w:rPr>
          <w:b/>
        </w:rPr>
        <w:t xml:space="preserve">SEARCH 🔎  </w:t>
      </w:r>
      <w:r>
        <w:t>Choose good search words.</w:t>
      </w:r>
      <w:r>
        <w:br/>
      </w:r>
      <w:r>
        <w:rPr>
          <w:b/>
        </w:rPr>
        <w:t xml:space="preserve">READ 📖  </w:t>
      </w:r>
      <w:r>
        <w:t>Find the information you need.</w:t>
      </w:r>
      <w:r>
        <w:br/>
      </w:r>
      <w:r>
        <w:rPr>
          <w:b/>
        </w:rPr>
        <w:t xml:space="preserve">RECORD ✏️  </w:t>
      </w:r>
      <w:r>
        <w:t>Write the answer in your own words.</w:t>
      </w:r>
      <w:r>
        <w:br/>
      </w:r>
      <w:r>
        <w:rPr>
          <w:b/>
        </w:rPr>
        <w:t xml:space="preserve">FIND 🖼️  </w:t>
      </w:r>
      <w:r>
        <w:t>Find a suitable image when asked.</w:t>
      </w:r>
    </w:p>
    <w:p w14:paraId="7E1BA531" w14:textId="77777777" w:rsidR="00582976" w:rsidRDefault="00000000">
      <w:pPr>
        <w:spacing w:before="120" w:after="100"/>
      </w:pPr>
      <w:r>
        <w:rPr>
          <w:b/>
          <w:sz w:val="34"/>
        </w:rPr>
        <w:t>🔎 Before You Start</w:t>
      </w:r>
    </w:p>
    <w:p w14:paraId="059D542C" w14:textId="3BF77DDE" w:rsidR="00582976" w:rsidRDefault="00000000">
      <w:r>
        <w:t>A search engine helps you find information on the internet. Examples include Swiggle</w:t>
      </w:r>
      <w:r w:rsidR="008A55D7">
        <w:t>, Google</w:t>
      </w:r>
      <w:r>
        <w:t xml:space="preserve"> and </w:t>
      </w:r>
      <w:proofErr w:type="spellStart"/>
      <w:r>
        <w:t>KidRex</w:t>
      </w:r>
      <w:proofErr w:type="spellEnd"/>
      <w:r>
        <w:t>.</w:t>
      </w:r>
    </w:p>
    <w:p w14:paraId="7FB2C9C3" w14:textId="77777777" w:rsidR="00582976" w:rsidRDefault="00000000">
      <w:r>
        <w:t>Keywords are the important words in your question.</w:t>
      </w:r>
    </w:p>
    <w:p w14:paraId="08F33D5F" w14:textId="77777777" w:rsidR="00582976" w:rsidRDefault="00000000">
      <w:r>
        <w:t>For example:</w:t>
      </w:r>
      <w:r>
        <w:br/>
        <w:t>❌ What did people in the Stone Age use to make their houses?</w:t>
      </w:r>
      <w:r>
        <w:br/>
        <w:t>✅ Stone Age houses</w:t>
      </w:r>
      <w:r>
        <w:br/>
        <w:t>✅ Stone Age homes</w:t>
      </w:r>
    </w:p>
    <w:p w14:paraId="76861EFB" w14:textId="77777777" w:rsidR="00582976" w:rsidRDefault="00000000">
      <w:pPr>
        <w:spacing w:before="120" w:after="100"/>
      </w:pPr>
      <w:r>
        <w:rPr>
          <w:b/>
          <w:sz w:val="34"/>
        </w:rPr>
        <w:t>🪨 CHALLENGE 1 — When Was the Stone Age?</w:t>
      </w:r>
    </w:p>
    <w:p w14:paraId="125F693D" w14:textId="77777777" w:rsidR="00582976" w:rsidRDefault="00000000">
      <w:r>
        <w:t>Try searching:  Stone Age dates</w:t>
      </w:r>
    </w:p>
    <w:p w14:paraId="71550BEB" w14:textId="77777777" w:rsidR="00582976" w:rsidRDefault="00000000">
      <w:pPr>
        <w:spacing w:after="80"/>
      </w:pPr>
      <w:r>
        <w:rPr>
          <w:b/>
          <w:sz w:val="24"/>
        </w:rPr>
        <w:t>1. Approximately when did the Stone Age begin?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1CCCA1B4" w14:textId="77777777">
        <w:tc>
          <w:tcPr>
            <w:tcW w:w="9936" w:type="dxa"/>
          </w:tcPr>
          <w:p w14:paraId="66B73081" w14:textId="20A489D0" w:rsidR="00582976" w:rsidRDefault="00000000">
            <w:pPr>
              <w:spacing w:after="0"/>
            </w:pPr>
            <w:r>
              <w:t xml:space="preserve">    </w:t>
            </w:r>
          </w:p>
        </w:tc>
      </w:tr>
    </w:tbl>
    <w:p w14:paraId="71642BE3" w14:textId="77777777" w:rsidR="00582976" w:rsidRDefault="00582976">
      <w:pPr>
        <w:spacing w:after="40"/>
      </w:pPr>
    </w:p>
    <w:p w14:paraId="2AF497D5" w14:textId="77777777" w:rsidR="00582976" w:rsidRDefault="00000000">
      <w:pPr>
        <w:spacing w:after="80"/>
      </w:pPr>
      <w:r>
        <w:rPr>
          <w:b/>
          <w:sz w:val="24"/>
        </w:rPr>
        <w:t>2. Approximately when did the Stone Age end?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10E0D249" w14:textId="77777777">
        <w:tc>
          <w:tcPr>
            <w:tcW w:w="9936" w:type="dxa"/>
          </w:tcPr>
          <w:p w14:paraId="04717D4E" w14:textId="6347B412" w:rsidR="00582976" w:rsidRDefault="00000000">
            <w:pPr>
              <w:spacing w:after="0"/>
            </w:pPr>
            <w:r>
              <w:t xml:space="preserve">    </w:t>
            </w:r>
          </w:p>
        </w:tc>
      </w:tr>
    </w:tbl>
    <w:p w14:paraId="1BEFEFCC" w14:textId="77777777" w:rsidR="00582976" w:rsidRDefault="00582976">
      <w:pPr>
        <w:spacing w:after="40"/>
      </w:pPr>
    </w:p>
    <w:p w14:paraId="5ECF1E34" w14:textId="77777777" w:rsidR="00582976" w:rsidRDefault="00000000">
      <w:r>
        <w:t>⭐ Extra challenge: The Stone Age was divided into three periods. Can you find their names?</w:t>
      </w:r>
    </w:p>
    <w:p w14:paraId="4AC69A77" w14:textId="77777777" w:rsidR="00582976" w:rsidRDefault="00000000">
      <w:pPr>
        <w:spacing w:after="80"/>
      </w:pPr>
      <w:r>
        <w:rPr>
          <w:b/>
          <w:sz w:val="24"/>
        </w:rPr>
        <w:t>1.</w:t>
      </w:r>
    </w:p>
    <w:p w14:paraId="392AD3D6" w14:textId="77777777" w:rsidR="00582976" w:rsidRDefault="00582976">
      <w:pPr>
        <w:spacing w:after="40"/>
      </w:pPr>
    </w:p>
    <w:p w14:paraId="3B0D79DB" w14:textId="77777777" w:rsidR="00582976" w:rsidRDefault="00000000">
      <w:pPr>
        <w:spacing w:after="80"/>
      </w:pPr>
      <w:r>
        <w:rPr>
          <w:b/>
          <w:sz w:val="24"/>
        </w:rPr>
        <w:t>2.</w:t>
      </w:r>
    </w:p>
    <w:p w14:paraId="24651D99" w14:textId="77777777" w:rsidR="00582976" w:rsidRDefault="00582976">
      <w:pPr>
        <w:spacing w:after="40"/>
      </w:pPr>
    </w:p>
    <w:p w14:paraId="562D4D93" w14:textId="77777777" w:rsidR="00582976" w:rsidRDefault="00000000">
      <w:pPr>
        <w:spacing w:after="80"/>
      </w:pPr>
      <w:r>
        <w:rPr>
          <w:b/>
          <w:sz w:val="24"/>
        </w:rPr>
        <w:t>3.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31E8B5D4" w14:textId="77777777">
        <w:tc>
          <w:tcPr>
            <w:tcW w:w="9936" w:type="dxa"/>
          </w:tcPr>
          <w:p w14:paraId="2305D5D3" w14:textId="50D409A1" w:rsidR="00582976" w:rsidRDefault="00000000">
            <w:pPr>
              <w:spacing w:after="0"/>
            </w:pPr>
            <w:r>
              <w:t xml:space="preserve">    </w:t>
            </w:r>
          </w:p>
        </w:tc>
      </w:tr>
    </w:tbl>
    <w:p w14:paraId="47944601" w14:textId="77777777" w:rsidR="00582976" w:rsidRDefault="00582976">
      <w:pPr>
        <w:spacing w:after="40"/>
      </w:pPr>
    </w:p>
    <w:p w14:paraId="1E4E72DA" w14:textId="77777777" w:rsidR="00582976" w:rsidRDefault="00000000">
      <w:pPr>
        <w:spacing w:before="120" w:after="100"/>
      </w:pPr>
      <w:r>
        <w:rPr>
          <w:b/>
          <w:sz w:val="34"/>
        </w:rPr>
        <w:lastRenderedPageBreak/>
        <w:t>🏕️ CHALLENGE 2 — Where Did Stone Age People Live?</w:t>
      </w:r>
    </w:p>
    <w:p w14:paraId="4298CA8B" w14:textId="77777777" w:rsidR="00582976" w:rsidRDefault="00000000">
      <w:r>
        <w:t>Try searching:  Stone Age houses</w:t>
      </w:r>
    </w:p>
    <w:p w14:paraId="7A9F1CEB" w14:textId="77777777" w:rsidR="00582976" w:rsidRDefault="00000000">
      <w:pPr>
        <w:spacing w:after="80"/>
      </w:pPr>
      <w:r>
        <w:rPr>
          <w:b/>
          <w:sz w:val="24"/>
        </w:rPr>
        <w:t>What were some Stone Age houses made from?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48275C2E" w14:textId="77777777">
        <w:tc>
          <w:tcPr>
            <w:tcW w:w="9936" w:type="dxa"/>
          </w:tcPr>
          <w:p w14:paraId="45256F30" w14:textId="71823F53" w:rsidR="00582976" w:rsidRDefault="00000000">
            <w:pPr>
              <w:spacing w:after="0"/>
            </w:pPr>
            <w:r>
              <w:t xml:space="preserve">     </w:t>
            </w:r>
          </w:p>
        </w:tc>
      </w:tr>
    </w:tbl>
    <w:p w14:paraId="29081F16" w14:textId="77777777" w:rsidR="00582976" w:rsidRDefault="00582976">
      <w:pPr>
        <w:spacing w:after="40"/>
      </w:pPr>
    </w:p>
    <w:p w14:paraId="379D68AF" w14:textId="77777777" w:rsidR="00582976" w:rsidRDefault="00000000">
      <w:pPr>
        <w:spacing w:after="80"/>
      </w:pPr>
      <w:r>
        <w:rPr>
          <w:b/>
          <w:sz w:val="24"/>
        </w:rPr>
        <w:t>Why do you think they used these materials?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3A2F4955" w14:textId="77777777">
        <w:tc>
          <w:tcPr>
            <w:tcW w:w="9936" w:type="dxa"/>
          </w:tcPr>
          <w:p w14:paraId="2CC5C550" w14:textId="018549FB" w:rsidR="00582976" w:rsidRDefault="00000000">
            <w:pPr>
              <w:spacing w:after="0"/>
            </w:pPr>
            <w:r>
              <w:br/>
            </w:r>
          </w:p>
        </w:tc>
      </w:tr>
    </w:tbl>
    <w:p w14:paraId="431D0F5B" w14:textId="77777777" w:rsidR="00582976" w:rsidRDefault="00582976">
      <w:pPr>
        <w:spacing w:after="40"/>
      </w:pPr>
    </w:p>
    <w:p w14:paraId="4CE2E8DB" w14:textId="7173D7FB" w:rsidR="00582976" w:rsidRDefault="00000000">
      <w:r>
        <w:t>🖼️ IMAGE HUNT — Find a picture of a Stone Age house. Before you use it, ask yourself:</w:t>
      </w:r>
      <w:r>
        <w:br/>
        <w:t xml:space="preserve">☐ Does it </w:t>
      </w:r>
      <w:proofErr w:type="gramStart"/>
      <w:r>
        <w:t>actually show</w:t>
      </w:r>
      <w:proofErr w:type="gramEnd"/>
      <w:r>
        <w:t xml:space="preserve"> a Stone Age house?</w:t>
      </w:r>
      <w:r>
        <w:br/>
      </w:r>
    </w:p>
    <w:p w14:paraId="380BE862" w14:textId="77777777" w:rsidR="00582976" w:rsidRDefault="00000000">
      <w:pPr>
        <w:spacing w:after="80"/>
      </w:pPr>
      <w:r>
        <w:rPr>
          <w:b/>
          <w:sz w:val="24"/>
        </w:rPr>
        <w:t>Write down the website where you found your image:</w:t>
      </w:r>
    </w:p>
    <w:p w14:paraId="44D09EC9" w14:textId="77777777" w:rsidR="00582976" w:rsidRDefault="00582976">
      <w:pPr>
        <w:spacing w:after="40"/>
      </w:pPr>
    </w:p>
    <w:p w14:paraId="126863CF" w14:textId="77777777" w:rsidR="00582976" w:rsidRDefault="00000000">
      <w:pPr>
        <w:spacing w:before="120" w:after="100"/>
      </w:pPr>
      <w:r>
        <w:rPr>
          <w:b/>
          <w:sz w:val="34"/>
        </w:rPr>
        <w:t>🔥 CHALLENGE 3 — What Did They Eat?</w:t>
      </w:r>
    </w:p>
    <w:p w14:paraId="49C9A70F" w14:textId="77777777" w:rsidR="00582976" w:rsidRDefault="00000000">
      <w:r>
        <w:t>Try searching:  Stone Age food</w:t>
      </w:r>
    </w:p>
    <w:p w14:paraId="581AC064" w14:textId="77777777" w:rsidR="00582976" w:rsidRDefault="00000000">
      <w:pPr>
        <w:spacing w:after="80"/>
      </w:pPr>
      <w:r>
        <w:rPr>
          <w:b/>
          <w:sz w:val="24"/>
        </w:rPr>
        <w:t>Find three things Stone Age people ate.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44ABCAA9" w14:textId="77777777">
        <w:tc>
          <w:tcPr>
            <w:tcW w:w="9936" w:type="dxa"/>
          </w:tcPr>
          <w:p w14:paraId="1553A348" w14:textId="0431A210" w:rsidR="00582976" w:rsidRDefault="00582976">
            <w:pPr>
              <w:spacing w:after="0"/>
            </w:pPr>
          </w:p>
        </w:tc>
      </w:tr>
    </w:tbl>
    <w:p w14:paraId="0D8A9681" w14:textId="77777777" w:rsidR="00582976" w:rsidRDefault="00582976">
      <w:pPr>
        <w:spacing w:after="40"/>
      </w:pPr>
    </w:p>
    <w:p w14:paraId="18BC95ED" w14:textId="77777777" w:rsidR="00582976" w:rsidRDefault="00000000">
      <w:pPr>
        <w:spacing w:after="80"/>
      </w:pPr>
      <w:r>
        <w:rPr>
          <w:b/>
          <w:sz w:val="24"/>
        </w:rPr>
        <w:t>Did Stone Age people have farms?  YES / NO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78274B70" w14:textId="77777777">
        <w:tc>
          <w:tcPr>
            <w:tcW w:w="9936" w:type="dxa"/>
          </w:tcPr>
          <w:p w14:paraId="15D06E61" w14:textId="7F22F1C9" w:rsidR="00582976" w:rsidRDefault="00582976">
            <w:pPr>
              <w:spacing w:after="0"/>
            </w:pPr>
          </w:p>
        </w:tc>
      </w:tr>
    </w:tbl>
    <w:p w14:paraId="1685FD7A" w14:textId="77777777" w:rsidR="00582976" w:rsidRDefault="00582976">
      <w:pPr>
        <w:spacing w:after="40"/>
      </w:pPr>
    </w:p>
    <w:p w14:paraId="2D59F97A" w14:textId="77777777" w:rsidR="00582976" w:rsidRDefault="00000000">
      <w:pPr>
        <w:spacing w:after="80"/>
      </w:pPr>
      <w:r>
        <w:rPr>
          <w:b/>
          <w:sz w:val="24"/>
        </w:rPr>
        <w:t>How did they get their food?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6371F6DE" w14:textId="77777777">
        <w:tc>
          <w:tcPr>
            <w:tcW w:w="9936" w:type="dxa"/>
          </w:tcPr>
          <w:p w14:paraId="6FC49416" w14:textId="7AA2B223" w:rsidR="00582976" w:rsidRDefault="00582976">
            <w:pPr>
              <w:spacing w:after="0"/>
            </w:pPr>
          </w:p>
        </w:tc>
      </w:tr>
    </w:tbl>
    <w:p w14:paraId="26188BA0" w14:textId="77777777" w:rsidR="00582976" w:rsidRDefault="00582976">
      <w:pPr>
        <w:spacing w:after="40"/>
      </w:pPr>
    </w:p>
    <w:p w14:paraId="16B13EF6" w14:textId="77777777" w:rsidR="00582976" w:rsidRDefault="00000000">
      <w:pPr>
        <w:spacing w:before="120" w:after="100"/>
      </w:pPr>
      <w:r>
        <w:rPr>
          <w:b/>
          <w:sz w:val="34"/>
        </w:rPr>
        <w:t>🏹 CHALLENGE 4 — Stone Age Tools</w:t>
      </w:r>
    </w:p>
    <w:p w14:paraId="28C921EF" w14:textId="77777777" w:rsidR="00582976" w:rsidRDefault="00000000">
      <w:r>
        <w:t>Try searching:  Stone Age tools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84"/>
        <w:gridCol w:w="5184"/>
      </w:tblGrid>
      <w:tr w:rsidR="00582976" w14:paraId="1819CBD5" w14:textId="77777777">
        <w:tc>
          <w:tcPr>
            <w:tcW w:w="5184" w:type="dxa"/>
            <w:shd w:val="clear" w:color="auto" w:fill="D9EAF7"/>
          </w:tcPr>
          <w:p w14:paraId="47279B00" w14:textId="77777777" w:rsidR="00582976" w:rsidRDefault="00000000">
            <w:r>
              <w:rPr>
                <w:b/>
              </w:rPr>
              <w:t>Tool</w:t>
            </w:r>
          </w:p>
        </w:tc>
        <w:tc>
          <w:tcPr>
            <w:tcW w:w="5184" w:type="dxa"/>
            <w:shd w:val="clear" w:color="auto" w:fill="D9EAF7"/>
          </w:tcPr>
          <w:p w14:paraId="55722C49" w14:textId="77777777" w:rsidR="00582976" w:rsidRDefault="00000000">
            <w:r>
              <w:rPr>
                <w:b/>
              </w:rPr>
              <w:t>What was it used for?</w:t>
            </w:r>
          </w:p>
        </w:tc>
      </w:tr>
      <w:tr w:rsidR="00582976" w14:paraId="303CDA33" w14:textId="77777777">
        <w:tc>
          <w:tcPr>
            <w:tcW w:w="5184" w:type="dxa"/>
          </w:tcPr>
          <w:p w14:paraId="30AD5FA7" w14:textId="77777777" w:rsidR="00582976" w:rsidRDefault="00000000">
            <w:r>
              <w:t>________________</w:t>
            </w:r>
          </w:p>
        </w:tc>
        <w:tc>
          <w:tcPr>
            <w:tcW w:w="5184" w:type="dxa"/>
          </w:tcPr>
          <w:p w14:paraId="063B6921" w14:textId="77777777" w:rsidR="00582976" w:rsidRDefault="00000000">
            <w:r>
              <w:t>________________________________</w:t>
            </w:r>
          </w:p>
        </w:tc>
      </w:tr>
      <w:tr w:rsidR="00582976" w14:paraId="6E38F281" w14:textId="77777777">
        <w:tc>
          <w:tcPr>
            <w:tcW w:w="5184" w:type="dxa"/>
          </w:tcPr>
          <w:p w14:paraId="298BADBF" w14:textId="4E98EE50" w:rsidR="00582976" w:rsidRDefault="00582976"/>
        </w:tc>
        <w:tc>
          <w:tcPr>
            <w:tcW w:w="5184" w:type="dxa"/>
          </w:tcPr>
          <w:p w14:paraId="6E953C58" w14:textId="5BFB47CE" w:rsidR="00582976" w:rsidRDefault="00582976"/>
        </w:tc>
      </w:tr>
      <w:tr w:rsidR="00582976" w14:paraId="1DABD1F5" w14:textId="77777777">
        <w:tc>
          <w:tcPr>
            <w:tcW w:w="5184" w:type="dxa"/>
          </w:tcPr>
          <w:p w14:paraId="19BC267E" w14:textId="77777777" w:rsidR="00582976" w:rsidRDefault="00000000">
            <w:r>
              <w:t>________________</w:t>
            </w:r>
          </w:p>
        </w:tc>
        <w:tc>
          <w:tcPr>
            <w:tcW w:w="5184" w:type="dxa"/>
          </w:tcPr>
          <w:p w14:paraId="621D6B57" w14:textId="77777777" w:rsidR="00582976" w:rsidRDefault="00000000">
            <w:r>
              <w:t>________________________________</w:t>
            </w:r>
          </w:p>
        </w:tc>
      </w:tr>
    </w:tbl>
    <w:p w14:paraId="63A26650" w14:textId="77777777" w:rsidR="00582976" w:rsidRDefault="00582976"/>
    <w:p w14:paraId="683C01BF" w14:textId="77777777" w:rsidR="00582976" w:rsidRDefault="00000000">
      <w:pPr>
        <w:spacing w:after="80"/>
      </w:pPr>
      <w:r>
        <w:rPr>
          <w:b/>
          <w:sz w:val="24"/>
        </w:rPr>
        <w:t>🖼️ IMAGE HUNT — What is the tool in your picture called?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08181127" w14:textId="77777777">
        <w:tc>
          <w:tcPr>
            <w:tcW w:w="9936" w:type="dxa"/>
          </w:tcPr>
          <w:p w14:paraId="611BF1CC" w14:textId="51FE9462" w:rsidR="00582976" w:rsidRDefault="00582976">
            <w:pPr>
              <w:spacing w:after="0"/>
            </w:pPr>
          </w:p>
        </w:tc>
      </w:tr>
    </w:tbl>
    <w:p w14:paraId="1E56CA2E" w14:textId="77777777" w:rsidR="00582976" w:rsidRDefault="00582976">
      <w:pPr>
        <w:spacing w:after="40"/>
      </w:pPr>
    </w:p>
    <w:p w14:paraId="0297055B" w14:textId="77777777" w:rsidR="00582976" w:rsidRDefault="00000000">
      <w:pPr>
        <w:spacing w:after="80"/>
      </w:pPr>
      <w:r>
        <w:rPr>
          <w:b/>
          <w:sz w:val="24"/>
        </w:rPr>
        <w:t>What was it used for?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1DE00E46" w14:textId="77777777">
        <w:tc>
          <w:tcPr>
            <w:tcW w:w="9936" w:type="dxa"/>
          </w:tcPr>
          <w:p w14:paraId="76B521D6" w14:textId="2E8F58AE" w:rsidR="00582976" w:rsidRDefault="00582976">
            <w:pPr>
              <w:spacing w:after="0"/>
            </w:pPr>
          </w:p>
        </w:tc>
      </w:tr>
    </w:tbl>
    <w:p w14:paraId="379063D4" w14:textId="77777777" w:rsidR="00582976" w:rsidRDefault="00582976">
      <w:pPr>
        <w:spacing w:after="40"/>
      </w:pPr>
    </w:p>
    <w:p w14:paraId="39529209" w14:textId="77777777" w:rsidR="00582976" w:rsidRDefault="00000000">
      <w:pPr>
        <w:spacing w:before="120" w:after="100"/>
      </w:pPr>
      <w:r>
        <w:rPr>
          <w:b/>
          <w:sz w:val="34"/>
        </w:rPr>
        <w:t>🎨 CHALLENGE 5 — Stone Age Cave Art</w:t>
      </w:r>
    </w:p>
    <w:p w14:paraId="2FB92AD4" w14:textId="77777777" w:rsidR="00582976" w:rsidRDefault="00000000">
      <w:r>
        <w:t>Try searching:  Stone Age cave paintings</w:t>
      </w:r>
    </w:p>
    <w:p w14:paraId="6DACCC66" w14:textId="77777777" w:rsidR="00582976" w:rsidRDefault="00000000">
      <w:pPr>
        <w:spacing w:after="80"/>
      </w:pPr>
      <w:r>
        <w:rPr>
          <w:b/>
          <w:sz w:val="24"/>
        </w:rPr>
        <w:t>1. Where can Stone Age cave paintings be found?</w:t>
      </w:r>
    </w:p>
    <w:p w14:paraId="27F75297" w14:textId="77777777" w:rsidR="008A55D7" w:rsidRDefault="008A55D7">
      <w:pPr>
        <w:spacing w:after="80"/>
        <w:rPr>
          <w:b/>
          <w:sz w:val="24"/>
        </w:rPr>
      </w:pPr>
    </w:p>
    <w:p w14:paraId="2690BCA6" w14:textId="16D9434B" w:rsidR="00582976" w:rsidRDefault="00000000">
      <w:pPr>
        <w:spacing w:after="80"/>
      </w:pPr>
      <w:r>
        <w:rPr>
          <w:b/>
          <w:sz w:val="24"/>
        </w:rPr>
        <w:t>2. What animals appear in some cave paintings?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73ADDAD5" w14:textId="77777777">
        <w:tc>
          <w:tcPr>
            <w:tcW w:w="9936" w:type="dxa"/>
          </w:tcPr>
          <w:p w14:paraId="19A1EA7F" w14:textId="56282320" w:rsidR="00582976" w:rsidRDefault="00582976">
            <w:pPr>
              <w:spacing w:after="0"/>
            </w:pPr>
          </w:p>
        </w:tc>
      </w:tr>
    </w:tbl>
    <w:p w14:paraId="6FB10F44" w14:textId="77777777" w:rsidR="00582976" w:rsidRDefault="00582976">
      <w:pPr>
        <w:spacing w:after="40"/>
      </w:pPr>
    </w:p>
    <w:p w14:paraId="76A3A780" w14:textId="77777777" w:rsidR="00582976" w:rsidRDefault="00000000">
      <w:pPr>
        <w:spacing w:after="80"/>
      </w:pPr>
      <w:r>
        <w:rPr>
          <w:b/>
          <w:sz w:val="24"/>
        </w:rPr>
        <w:t>3. What colours did Stone Age people use?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4BA140BA" w14:textId="77777777">
        <w:tc>
          <w:tcPr>
            <w:tcW w:w="9936" w:type="dxa"/>
          </w:tcPr>
          <w:p w14:paraId="7F5DC6D1" w14:textId="5CD86C46" w:rsidR="00582976" w:rsidRDefault="00000000">
            <w:pPr>
              <w:spacing w:after="0"/>
            </w:pPr>
            <w:r>
              <w:t xml:space="preserve">     </w:t>
            </w:r>
          </w:p>
        </w:tc>
      </w:tr>
    </w:tbl>
    <w:p w14:paraId="043D02B4" w14:textId="77777777" w:rsidR="00582976" w:rsidRDefault="00582976">
      <w:pPr>
        <w:spacing w:after="40"/>
      </w:pPr>
    </w:p>
    <w:p w14:paraId="339D72C8" w14:textId="77777777" w:rsidR="00582976" w:rsidRDefault="00000000">
      <w:pPr>
        <w:spacing w:after="80"/>
      </w:pPr>
      <w:r>
        <w:rPr>
          <w:b/>
          <w:sz w:val="24"/>
        </w:rPr>
        <w:t>🖼️ IMAGE HUNT — What can you see in your cave-art picture?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24B9FBCC" w14:textId="77777777">
        <w:tc>
          <w:tcPr>
            <w:tcW w:w="9936" w:type="dxa"/>
          </w:tcPr>
          <w:p w14:paraId="3A492FC2" w14:textId="75BE979D" w:rsidR="00582976" w:rsidRDefault="00000000">
            <w:pPr>
              <w:spacing w:after="0"/>
            </w:pPr>
            <w:r>
              <w:t xml:space="preserve">     </w:t>
            </w:r>
          </w:p>
        </w:tc>
      </w:tr>
    </w:tbl>
    <w:p w14:paraId="0DFD7E2E" w14:textId="77777777" w:rsidR="00582976" w:rsidRDefault="00582976">
      <w:pPr>
        <w:spacing w:after="40"/>
      </w:pPr>
    </w:p>
    <w:p w14:paraId="50DE5F9C" w14:textId="77777777" w:rsidR="00582976" w:rsidRDefault="00000000">
      <w:pPr>
        <w:spacing w:before="120" w:after="100"/>
      </w:pPr>
      <w:r>
        <w:rPr>
          <w:b/>
          <w:sz w:val="34"/>
        </w:rPr>
        <w:t>👨‍👩‍👧 CHALLENGE 6 — Stone Age People</w:t>
      </w:r>
    </w:p>
    <w:p w14:paraId="7E06C6A6" w14:textId="77777777" w:rsidR="00582976" w:rsidRDefault="00000000">
      <w:r>
        <w:t>Try searching:  Stone Age people</w:t>
      </w:r>
    </w:p>
    <w:p w14:paraId="64FFCC7B" w14:textId="77777777" w:rsidR="00582976" w:rsidRDefault="00000000">
      <w:pPr>
        <w:spacing w:after="80"/>
      </w:pPr>
      <w:r>
        <w:rPr>
          <w:b/>
          <w:sz w:val="24"/>
        </w:rPr>
        <w:t>What did Stone Age people wear?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79B47FE5" w14:textId="77777777">
        <w:tc>
          <w:tcPr>
            <w:tcW w:w="9936" w:type="dxa"/>
          </w:tcPr>
          <w:p w14:paraId="44548664" w14:textId="2BCB483D" w:rsidR="00582976" w:rsidRDefault="00582976">
            <w:pPr>
              <w:spacing w:after="0"/>
            </w:pPr>
          </w:p>
        </w:tc>
      </w:tr>
    </w:tbl>
    <w:p w14:paraId="1C9B5EAB" w14:textId="77777777" w:rsidR="00582976" w:rsidRDefault="00582976">
      <w:pPr>
        <w:spacing w:after="40"/>
      </w:pPr>
    </w:p>
    <w:p w14:paraId="0F8B7DF2" w14:textId="77777777" w:rsidR="00582976" w:rsidRDefault="00000000">
      <w:pPr>
        <w:spacing w:after="80"/>
      </w:pPr>
      <w:r>
        <w:rPr>
          <w:b/>
          <w:sz w:val="24"/>
        </w:rPr>
        <w:t>What did they use to keep warm?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3537F8AA" w14:textId="77777777">
        <w:tc>
          <w:tcPr>
            <w:tcW w:w="9936" w:type="dxa"/>
          </w:tcPr>
          <w:p w14:paraId="756B6CC0" w14:textId="309F1CB6" w:rsidR="00582976" w:rsidRDefault="00000000">
            <w:pPr>
              <w:spacing w:after="0"/>
            </w:pPr>
            <w:r>
              <w:t xml:space="preserve">     </w:t>
            </w:r>
          </w:p>
        </w:tc>
      </w:tr>
    </w:tbl>
    <w:p w14:paraId="3F4B4F6D" w14:textId="77777777" w:rsidR="00582976" w:rsidRDefault="00582976">
      <w:pPr>
        <w:spacing w:after="40"/>
      </w:pPr>
    </w:p>
    <w:p w14:paraId="4732CEE1" w14:textId="77777777" w:rsidR="00582976" w:rsidRDefault="00000000">
      <w:pPr>
        <w:spacing w:after="80"/>
      </w:pPr>
      <w:r>
        <w:rPr>
          <w:b/>
          <w:sz w:val="24"/>
        </w:rPr>
        <w:t>What jobs did people need to do to survive?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01BB115A" w14:textId="77777777">
        <w:tc>
          <w:tcPr>
            <w:tcW w:w="9936" w:type="dxa"/>
          </w:tcPr>
          <w:p w14:paraId="0337761E" w14:textId="631D2FB5" w:rsidR="00582976" w:rsidRDefault="00000000">
            <w:pPr>
              <w:spacing w:after="0"/>
            </w:pPr>
            <w:r>
              <w:t xml:space="preserve">     </w:t>
            </w:r>
          </w:p>
        </w:tc>
      </w:tr>
    </w:tbl>
    <w:p w14:paraId="009562DF" w14:textId="77777777" w:rsidR="00582976" w:rsidRDefault="00582976">
      <w:pPr>
        <w:spacing w:after="40"/>
      </w:pPr>
    </w:p>
    <w:p w14:paraId="7DFEBFD3" w14:textId="77777777" w:rsidR="00582976" w:rsidRDefault="00000000">
      <w:pPr>
        <w:spacing w:before="120" w:after="100"/>
      </w:pPr>
      <w:r>
        <w:rPr>
          <w:b/>
          <w:sz w:val="34"/>
        </w:rPr>
        <w:t>🕵️ BONUS CHALLENGE — Can You Spot a Good Website?</w:t>
      </w:r>
    </w:p>
    <w:p w14:paraId="3111EA6B" w14:textId="77777777" w:rsidR="00582976" w:rsidRDefault="00000000">
      <w:r>
        <w:t>Imagine you search for Stone Age. You find these two websites: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68"/>
      </w:tblGrid>
      <w:tr w:rsidR="00582976" w14:paraId="140DB6EA" w14:textId="77777777">
        <w:tc>
          <w:tcPr>
            <w:tcW w:w="10368" w:type="dxa"/>
          </w:tcPr>
          <w:p w14:paraId="175ADE45" w14:textId="77777777" w:rsidR="00582976" w:rsidRDefault="00000000">
            <w:r>
              <w:t>Website A: AmazingStoneAgeFacts.com — “Stone Age people rode dinosaurs to school!”</w:t>
            </w:r>
          </w:p>
        </w:tc>
      </w:tr>
      <w:tr w:rsidR="00582976" w14:paraId="3C00F1B8" w14:textId="77777777">
        <w:tc>
          <w:tcPr>
            <w:tcW w:w="10368" w:type="dxa"/>
          </w:tcPr>
          <w:p w14:paraId="6D2EEB2C" w14:textId="77777777" w:rsidR="00582976" w:rsidRDefault="00000000">
            <w:r>
              <w:t>Website B: British Museum — information about Stone Age objects and archaeology.</w:t>
            </w:r>
          </w:p>
        </w:tc>
      </w:tr>
    </w:tbl>
    <w:p w14:paraId="58022075" w14:textId="77777777" w:rsidR="008A55D7" w:rsidRDefault="008A55D7">
      <w:pPr>
        <w:spacing w:after="80"/>
        <w:rPr>
          <w:b/>
          <w:sz w:val="24"/>
        </w:rPr>
      </w:pPr>
    </w:p>
    <w:p w14:paraId="0B45E7B4" w14:textId="71BC186E" w:rsidR="00582976" w:rsidRDefault="00000000">
      <w:pPr>
        <w:spacing w:after="80"/>
      </w:pPr>
      <w:r>
        <w:rPr>
          <w:b/>
          <w:sz w:val="24"/>
        </w:rPr>
        <w:t>Which website would you trust more?  A / B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2BA98485" w14:textId="77777777" w:rsidTr="008A55D7">
        <w:trPr>
          <w:trHeight w:val="137"/>
        </w:trPr>
        <w:tc>
          <w:tcPr>
            <w:tcW w:w="9936" w:type="dxa"/>
          </w:tcPr>
          <w:p w14:paraId="13D69F4A" w14:textId="71DF0065" w:rsidR="00582976" w:rsidRDefault="00000000">
            <w:pPr>
              <w:spacing w:after="0"/>
            </w:pPr>
            <w:r>
              <w:t xml:space="preserve">     </w:t>
            </w:r>
          </w:p>
        </w:tc>
      </w:tr>
    </w:tbl>
    <w:p w14:paraId="214DA35B" w14:textId="77777777" w:rsidR="00582976" w:rsidRDefault="00582976">
      <w:pPr>
        <w:spacing w:after="40"/>
      </w:pPr>
    </w:p>
    <w:p w14:paraId="3A80A703" w14:textId="77777777" w:rsidR="00582976" w:rsidRDefault="00000000">
      <w:pPr>
        <w:spacing w:after="80"/>
      </w:pPr>
      <w:r>
        <w:rPr>
          <w:b/>
          <w:sz w:val="24"/>
        </w:rPr>
        <w:t>Why?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68FD7543" w14:textId="77777777">
        <w:tc>
          <w:tcPr>
            <w:tcW w:w="9936" w:type="dxa"/>
          </w:tcPr>
          <w:p w14:paraId="7493E678" w14:textId="131F1C01" w:rsidR="00582976" w:rsidRDefault="00582976">
            <w:pPr>
              <w:spacing w:after="0"/>
            </w:pPr>
          </w:p>
        </w:tc>
      </w:tr>
    </w:tbl>
    <w:p w14:paraId="5E888C4A" w14:textId="77777777" w:rsidR="00582976" w:rsidRDefault="00582976">
      <w:pPr>
        <w:spacing w:after="40"/>
      </w:pPr>
    </w:p>
    <w:p w14:paraId="2CBB52CF" w14:textId="77777777" w:rsidR="00582976" w:rsidRDefault="00582976">
      <w:pPr>
        <w:spacing w:after="40"/>
      </w:pPr>
    </w:p>
    <w:p w14:paraId="29649DF3" w14:textId="77777777" w:rsidR="00582976" w:rsidRDefault="00000000">
      <w:pPr>
        <w:spacing w:before="120" w:after="100"/>
      </w:pPr>
      <w:r>
        <w:rPr>
          <w:b/>
          <w:sz w:val="34"/>
        </w:rPr>
        <w:lastRenderedPageBreak/>
        <w:t>⭐ SEARCH SUPERSTAR CHECKLIST</w:t>
      </w:r>
    </w:p>
    <w:p w14:paraId="140C4973" w14:textId="77777777" w:rsidR="00582976" w:rsidRDefault="00000000">
      <w:r>
        <w:t>☐ I know what a search engine is.</w:t>
      </w:r>
    </w:p>
    <w:p w14:paraId="366A6FE8" w14:textId="77777777" w:rsidR="00582976" w:rsidRDefault="00000000">
      <w:r>
        <w:t>☐ I know what keywords are.</w:t>
      </w:r>
    </w:p>
    <w:p w14:paraId="2C53FACA" w14:textId="77777777" w:rsidR="00582976" w:rsidRDefault="00000000">
      <w:r>
        <w:t>☐ I used keywords to search.</w:t>
      </w:r>
    </w:p>
    <w:p w14:paraId="2CC8D341" w14:textId="77777777" w:rsidR="00582976" w:rsidRDefault="00000000">
      <w:r>
        <w:t>☐ I tried different keywords when necessary.</w:t>
      </w:r>
    </w:p>
    <w:p w14:paraId="2F5D1D1C" w14:textId="77777777" w:rsidR="00582976" w:rsidRDefault="00000000">
      <w:r>
        <w:t>☐ I read information rather than just looking at pictures.</w:t>
      </w:r>
    </w:p>
    <w:p w14:paraId="2232935D" w14:textId="77777777" w:rsidR="00582976" w:rsidRDefault="00000000">
      <w:r>
        <w:t>☐ I checked where information came from.</w:t>
      </w:r>
    </w:p>
    <w:p w14:paraId="094C289C" w14:textId="77777777" w:rsidR="00582976" w:rsidRDefault="00000000">
      <w:r>
        <w:t>☐ I found a Stone Age image.</w:t>
      </w:r>
    </w:p>
    <w:p w14:paraId="49BEA9A2" w14:textId="77777777" w:rsidR="00582976" w:rsidRDefault="00000000">
      <w:r>
        <w:t>☐ I thought about whether I could legally reuse an image.</w:t>
      </w:r>
    </w:p>
    <w:p w14:paraId="327E9833" w14:textId="77777777" w:rsidR="00582976" w:rsidRDefault="00000000">
      <w:r>
        <w:t>☐ I know that not everything on the internet is true.</w:t>
      </w:r>
    </w:p>
    <w:p w14:paraId="3DA1A908" w14:textId="77777777" w:rsidR="00582976" w:rsidRDefault="00000000">
      <w:pPr>
        <w:spacing w:before="120" w:after="100"/>
      </w:pPr>
      <w:r>
        <w:rPr>
          <w:b/>
          <w:sz w:val="34"/>
        </w:rPr>
        <w:t>🏆 Super Searcher Challenge</w:t>
      </w:r>
    </w:p>
    <w:p w14:paraId="7DDE5CD6" w14:textId="3D0FB0D8" w:rsidR="00582976" w:rsidRDefault="00000000">
      <w:r>
        <w:t xml:space="preserve">Can you find something about the Stone Age that nobody else in your </w:t>
      </w:r>
      <w:r w:rsidR="008A55D7">
        <w:t>class</w:t>
      </w:r>
      <w:r>
        <w:t xml:space="preserve"> has discovered?</w:t>
      </w:r>
    </w:p>
    <w:p w14:paraId="569C8224" w14:textId="77777777" w:rsidR="00582976" w:rsidRDefault="00000000">
      <w:pPr>
        <w:spacing w:after="80"/>
      </w:pPr>
      <w:r>
        <w:rPr>
          <w:b/>
          <w:sz w:val="24"/>
        </w:rPr>
        <w:t>I discovered that...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30A723A1" w14:textId="77777777">
        <w:tc>
          <w:tcPr>
            <w:tcW w:w="9936" w:type="dxa"/>
          </w:tcPr>
          <w:p w14:paraId="4D39776B" w14:textId="2B8208D6" w:rsidR="00582976" w:rsidRDefault="00582976">
            <w:pPr>
              <w:spacing w:after="0"/>
            </w:pPr>
          </w:p>
        </w:tc>
      </w:tr>
    </w:tbl>
    <w:p w14:paraId="170EB693" w14:textId="77777777" w:rsidR="00582976" w:rsidRDefault="00582976">
      <w:pPr>
        <w:spacing w:after="40"/>
      </w:pPr>
    </w:p>
    <w:p w14:paraId="2A7EEC23" w14:textId="77777777" w:rsidR="00582976" w:rsidRDefault="00000000">
      <w:pPr>
        <w:spacing w:after="80"/>
      </w:pPr>
      <w:r>
        <w:rPr>
          <w:b/>
          <w:sz w:val="24"/>
        </w:rPr>
        <w:t>My website was: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36"/>
      </w:tblGrid>
      <w:tr w:rsidR="00582976" w14:paraId="431A406F" w14:textId="77777777">
        <w:tc>
          <w:tcPr>
            <w:tcW w:w="9936" w:type="dxa"/>
          </w:tcPr>
          <w:p w14:paraId="6235C02C" w14:textId="3699D59B" w:rsidR="00582976" w:rsidRDefault="00582976">
            <w:pPr>
              <w:spacing w:after="0"/>
            </w:pPr>
          </w:p>
        </w:tc>
      </w:tr>
    </w:tbl>
    <w:p w14:paraId="6126C41B" w14:textId="77777777" w:rsidR="00582976" w:rsidRDefault="00582976">
      <w:pPr>
        <w:spacing w:after="40"/>
      </w:pPr>
    </w:p>
    <w:p w14:paraId="273E1B39" w14:textId="77777777" w:rsidR="00582976" w:rsidRDefault="00000000">
      <w:pPr>
        <w:spacing w:after="80"/>
      </w:pPr>
      <w:r>
        <w:rPr>
          <w:b/>
          <w:sz w:val="24"/>
        </w:rPr>
        <w:t>My search words were:</w:t>
      </w:r>
    </w:p>
    <w:p w14:paraId="2C68D8E9" w14:textId="77777777" w:rsidR="008A55D7" w:rsidRDefault="008A55D7">
      <w:pPr>
        <w:jc w:val="center"/>
        <w:rPr>
          <w:b/>
          <w:sz w:val="30"/>
        </w:rPr>
      </w:pPr>
    </w:p>
    <w:p w14:paraId="494AB40B" w14:textId="46A4694F" w:rsidR="00582976" w:rsidRDefault="00000000">
      <w:pPr>
        <w:jc w:val="center"/>
      </w:pPr>
      <w:r>
        <w:rPr>
          <w:b/>
          <w:sz w:val="30"/>
        </w:rPr>
        <w:t>🌟</w:t>
      </w:r>
      <w:proofErr w:type="gramStart"/>
      <w:r>
        <w:rPr>
          <w:b/>
          <w:sz w:val="30"/>
        </w:rPr>
        <w:t xml:space="preserve"> Great searching</w:t>
      </w:r>
      <w:proofErr w:type="gramEnd"/>
      <w:r>
        <w:rPr>
          <w:b/>
          <w:sz w:val="30"/>
        </w:rPr>
        <w:t>! 🌟</w:t>
      </w:r>
    </w:p>
    <w:sectPr w:rsidR="00582976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0523882">
    <w:abstractNumId w:val="8"/>
  </w:num>
  <w:num w:numId="2" w16cid:durableId="1748914690">
    <w:abstractNumId w:val="6"/>
  </w:num>
  <w:num w:numId="3" w16cid:durableId="661080830">
    <w:abstractNumId w:val="5"/>
  </w:num>
  <w:num w:numId="4" w16cid:durableId="1861628087">
    <w:abstractNumId w:val="4"/>
  </w:num>
  <w:num w:numId="5" w16cid:durableId="516967968">
    <w:abstractNumId w:val="7"/>
  </w:num>
  <w:num w:numId="6" w16cid:durableId="241525627">
    <w:abstractNumId w:val="3"/>
  </w:num>
  <w:num w:numId="7" w16cid:durableId="1387290245">
    <w:abstractNumId w:val="2"/>
  </w:num>
  <w:num w:numId="8" w16cid:durableId="211499838">
    <w:abstractNumId w:val="1"/>
  </w:num>
  <w:num w:numId="9" w16cid:durableId="426079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2976"/>
    <w:rsid w:val="008A55D7"/>
    <w:rsid w:val="00AA1D8D"/>
    <w:rsid w:val="00B47730"/>
    <w:rsid w:val="00CB0664"/>
    <w:rsid w:val="00EB75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4F6F34"/>
  <w14:defaultImageDpi w14:val="300"/>
  <w15:docId w15:val="{13CD376B-CAAF-4A97-AD48-BD808C83D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Hayley Stapleton</cp:lastModifiedBy>
  <cp:revision>2</cp:revision>
  <dcterms:created xsi:type="dcterms:W3CDTF">2013-12-23T23:15:00Z</dcterms:created>
  <dcterms:modified xsi:type="dcterms:W3CDTF">2026-09-29T20:21:00Z</dcterms:modified>
  <cp:category/>
</cp:coreProperties>
</file>